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9BAEB" w14:textId="48144F7D" w:rsidR="00D37A3B" w:rsidRDefault="00EC1DE1">
      <w:pPr>
        <w:spacing w:after="400"/>
        <w:jc w:val="center"/>
        <w:rPr>
          <w:lang w:eastAsia="ko-KR"/>
        </w:rPr>
      </w:pPr>
      <w:r>
        <w:rPr>
          <w:b/>
          <w:color w:val="1B365D"/>
          <w:sz w:val="40"/>
          <w:lang w:eastAsia="ko-KR"/>
        </w:rPr>
        <w:t>제안서</w:t>
      </w:r>
      <w:r>
        <w:rPr>
          <w:b/>
          <w:color w:val="1B365D"/>
          <w:sz w:val="40"/>
          <w:lang w:eastAsia="ko-KR"/>
        </w:rPr>
        <w:t xml:space="preserve"> </w:t>
      </w:r>
      <w:r>
        <w:rPr>
          <w:b/>
          <w:color w:val="1B365D"/>
          <w:sz w:val="40"/>
          <w:lang w:eastAsia="ko-KR"/>
        </w:rPr>
        <w:t>관련</w:t>
      </w:r>
      <w:r>
        <w:rPr>
          <w:b/>
          <w:color w:val="1B365D"/>
          <w:sz w:val="40"/>
          <w:lang w:eastAsia="ko-KR"/>
        </w:rPr>
        <w:t xml:space="preserve"> </w:t>
      </w:r>
      <w:r>
        <w:rPr>
          <w:b/>
          <w:color w:val="1B365D"/>
          <w:sz w:val="40"/>
          <w:lang w:eastAsia="ko-KR"/>
        </w:rPr>
        <w:t>서식</w:t>
      </w:r>
      <w:r w:rsidR="00665162">
        <w:rPr>
          <w:rFonts w:eastAsia="맑은 고딕" w:hint="eastAsia"/>
          <w:b/>
          <w:color w:val="1B365D"/>
          <w:sz w:val="40"/>
          <w:lang w:eastAsia="ko-KR"/>
        </w:rPr>
        <w:t>(정량)</w:t>
      </w:r>
    </w:p>
    <w:p w14:paraId="54A4B9C3" w14:textId="77777777" w:rsidR="00D37A3B" w:rsidRDefault="00EC1DE1">
      <w:pPr>
        <w:spacing w:after="600"/>
        <w:jc w:val="center"/>
        <w:rPr>
          <w:lang w:eastAsia="ko-KR"/>
        </w:rPr>
      </w:pPr>
      <w:r>
        <w:rPr>
          <w:color w:val="555555"/>
          <w:sz w:val="26"/>
          <w:lang w:eastAsia="ko-KR"/>
        </w:rPr>
        <w:t>동국대학교</w:t>
      </w:r>
      <w:r>
        <w:rPr>
          <w:color w:val="555555"/>
          <w:sz w:val="26"/>
          <w:lang w:eastAsia="ko-KR"/>
        </w:rPr>
        <w:t xml:space="preserve"> </w:t>
      </w:r>
      <w:r>
        <w:rPr>
          <w:color w:val="555555"/>
          <w:sz w:val="26"/>
          <w:lang w:eastAsia="ko-KR"/>
        </w:rPr>
        <w:t>청년취업사관학교</w:t>
      </w:r>
      <w:r>
        <w:rPr>
          <w:color w:val="555555"/>
          <w:sz w:val="26"/>
          <w:lang w:eastAsia="ko-KR"/>
        </w:rPr>
        <w:t xml:space="preserve"> </w:t>
      </w:r>
      <w:r>
        <w:rPr>
          <w:color w:val="555555"/>
          <w:sz w:val="26"/>
          <w:lang w:eastAsia="ko-KR"/>
        </w:rPr>
        <w:t>「대학</w:t>
      </w:r>
      <w:r>
        <w:rPr>
          <w:color w:val="555555"/>
          <w:sz w:val="26"/>
          <w:lang w:eastAsia="ko-KR"/>
        </w:rPr>
        <w:t>+</w:t>
      </w:r>
      <w:r>
        <w:rPr>
          <w:color w:val="555555"/>
          <w:sz w:val="26"/>
          <w:lang w:eastAsia="ko-KR"/>
        </w:rPr>
        <w:t>」</w:t>
      </w:r>
      <w:r>
        <w:rPr>
          <w:color w:val="555555"/>
          <w:sz w:val="26"/>
          <w:lang w:eastAsia="ko-KR"/>
        </w:rPr>
        <w:t xml:space="preserve"> </w:t>
      </w:r>
      <w:r>
        <w:rPr>
          <w:color w:val="555555"/>
          <w:sz w:val="26"/>
          <w:lang w:eastAsia="ko-KR"/>
        </w:rPr>
        <w:t>통합운영</w:t>
      </w:r>
      <w:r>
        <w:rPr>
          <w:color w:val="555555"/>
          <w:sz w:val="26"/>
          <w:lang w:eastAsia="ko-KR"/>
        </w:rPr>
        <w:t xml:space="preserve"> </w:t>
      </w:r>
      <w:r>
        <w:rPr>
          <w:color w:val="555555"/>
          <w:sz w:val="26"/>
          <w:lang w:eastAsia="ko-KR"/>
        </w:rPr>
        <w:t>지원</w:t>
      </w:r>
      <w:r>
        <w:rPr>
          <w:color w:val="555555"/>
          <w:sz w:val="26"/>
          <w:lang w:eastAsia="ko-KR"/>
        </w:rPr>
        <w:t xml:space="preserve"> </w:t>
      </w:r>
      <w:r>
        <w:rPr>
          <w:color w:val="555555"/>
          <w:sz w:val="26"/>
          <w:lang w:eastAsia="ko-KR"/>
        </w:rPr>
        <w:t>용역</w:t>
      </w:r>
    </w:p>
    <w:p w14:paraId="4E77595D" w14:textId="77777777" w:rsidR="00D37A3B" w:rsidRDefault="00EC1DE1">
      <w:pPr>
        <w:spacing w:before="200" w:after="120"/>
        <w:rPr>
          <w:lang w:eastAsia="ko-KR"/>
        </w:rPr>
      </w:pPr>
      <w:r>
        <w:rPr>
          <w:b/>
          <w:color w:val="1B365D"/>
          <w:sz w:val="24"/>
          <w:lang w:eastAsia="ko-KR"/>
        </w:rPr>
        <w:t xml:space="preserve">■ </w:t>
      </w:r>
      <w:r>
        <w:rPr>
          <w:b/>
          <w:color w:val="1B365D"/>
          <w:sz w:val="24"/>
          <w:lang w:eastAsia="ko-KR"/>
        </w:rPr>
        <w:t>목</w:t>
      </w:r>
      <w:r>
        <w:rPr>
          <w:b/>
          <w:color w:val="1B365D"/>
          <w:sz w:val="24"/>
          <w:lang w:eastAsia="ko-KR"/>
        </w:rPr>
        <w:t xml:space="preserve"> </w:t>
      </w:r>
      <w:r>
        <w:rPr>
          <w:b/>
          <w:color w:val="1B365D"/>
          <w:sz w:val="24"/>
          <w:lang w:eastAsia="ko-KR"/>
        </w:rPr>
        <w:t>차</w:t>
      </w:r>
    </w:p>
    <w:p w14:paraId="53AC115C" w14:textId="77777777" w:rsidR="00D37A3B" w:rsidRDefault="00EC1DE1">
      <w:pPr>
        <w:spacing w:after="80"/>
        <w:ind w:left="288"/>
        <w:rPr>
          <w:lang w:eastAsia="ko-KR"/>
        </w:rPr>
      </w:pPr>
      <w:r>
        <w:rPr>
          <w:sz w:val="21"/>
          <w:lang w:eastAsia="ko-KR"/>
        </w:rPr>
        <w:t>•  [</w:t>
      </w:r>
      <w:r>
        <w:rPr>
          <w:sz w:val="21"/>
          <w:lang w:eastAsia="ko-KR"/>
        </w:rPr>
        <w:t>서식</w:t>
      </w:r>
      <w:r>
        <w:rPr>
          <w:sz w:val="21"/>
          <w:lang w:eastAsia="ko-KR"/>
        </w:rPr>
        <w:t xml:space="preserve"> 1] </w:t>
      </w:r>
      <w:r>
        <w:rPr>
          <w:sz w:val="21"/>
          <w:lang w:eastAsia="ko-KR"/>
        </w:rPr>
        <w:t>일반현황</w:t>
      </w:r>
      <w:r>
        <w:rPr>
          <w:sz w:val="21"/>
          <w:lang w:eastAsia="ko-KR"/>
        </w:rPr>
        <w:t xml:space="preserve"> </w:t>
      </w:r>
      <w:r>
        <w:rPr>
          <w:sz w:val="21"/>
          <w:lang w:eastAsia="ko-KR"/>
        </w:rPr>
        <w:t>및</w:t>
      </w:r>
      <w:r>
        <w:rPr>
          <w:sz w:val="21"/>
          <w:lang w:eastAsia="ko-KR"/>
        </w:rPr>
        <w:t xml:space="preserve"> </w:t>
      </w:r>
      <w:r>
        <w:rPr>
          <w:sz w:val="21"/>
          <w:lang w:eastAsia="ko-KR"/>
        </w:rPr>
        <w:t>연혁</w:t>
      </w:r>
    </w:p>
    <w:p w14:paraId="0B22E8B1" w14:textId="77777777" w:rsidR="00D37A3B" w:rsidRDefault="00EC1DE1">
      <w:pPr>
        <w:spacing w:after="80"/>
        <w:ind w:left="288"/>
        <w:rPr>
          <w:lang w:eastAsia="ko-KR"/>
        </w:rPr>
      </w:pPr>
      <w:r>
        <w:rPr>
          <w:sz w:val="21"/>
          <w:lang w:eastAsia="ko-KR"/>
        </w:rPr>
        <w:t>•  [</w:t>
      </w:r>
      <w:r>
        <w:rPr>
          <w:sz w:val="21"/>
          <w:lang w:eastAsia="ko-KR"/>
        </w:rPr>
        <w:t>서식</w:t>
      </w:r>
      <w:r>
        <w:rPr>
          <w:sz w:val="21"/>
          <w:lang w:eastAsia="ko-KR"/>
        </w:rPr>
        <w:t xml:space="preserve"> 2] </w:t>
      </w:r>
      <w:r>
        <w:rPr>
          <w:sz w:val="21"/>
          <w:lang w:eastAsia="ko-KR"/>
        </w:rPr>
        <w:t>자본금</w:t>
      </w:r>
      <w:r>
        <w:rPr>
          <w:sz w:val="21"/>
          <w:lang w:eastAsia="ko-KR"/>
        </w:rPr>
        <w:t xml:space="preserve"> </w:t>
      </w:r>
      <w:r>
        <w:rPr>
          <w:sz w:val="21"/>
          <w:lang w:eastAsia="ko-KR"/>
        </w:rPr>
        <w:t>및</w:t>
      </w:r>
      <w:r>
        <w:rPr>
          <w:sz w:val="21"/>
          <w:lang w:eastAsia="ko-KR"/>
        </w:rPr>
        <w:t xml:space="preserve"> </w:t>
      </w:r>
      <w:r>
        <w:rPr>
          <w:sz w:val="21"/>
          <w:lang w:eastAsia="ko-KR"/>
        </w:rPr>
        <w:t>매출액</w:t>
      </w:r>
      <w:r>
        <w:rPr>
          <w:sz w:val="21"/>
          <w:lang w:eastAsia="ko-KR"/>
        </w:rPr>
        <w:t xml:space="preserve"> (</w:t>
      </w:r>
      <w:r>
        <w:rPr>
          <w:sz w:val="21"/>
          <w:lang w:eastAsia="ko-KR"/>
        </w:rPr>
        <w:t>최근</w:t>
      </w:r>
      <w:r>
        <w:rPr>
          <w:sz w:val="21"/>
          <w:lang w:eastAsia="ko-KR"/>
        </w:rPr>
        <w:t xml:space="preserve"> 3</w:t>
      </w:r>
      <w:r>
        <w:rPr>
          <w:sz w:val="21"/>
          <w:lang w:eastAsia="ko-KR"/>
        </w:rPr>
        <w:t>년</w:t>
      </w:r>
      <w:r>
        <w:rPr>
          <w:sz w:val="21"/>
          <w:lang w:eastAsia="ko-KR"/>
        </w:rPr>
        <w:t>)</w:t>
      </w:r>
    </w:p>
    <w:p w14:paraId="554581DA" w14:textId="77777777" w:rsidR="00D37A3B" w:rsidRDefault="00EC1DE1">
      <w:pPr>
        <w:spacing w:after="80"/>
        <w:ind w:left="288"/>
        <w:rPr>
          <w:lang w:eastAsia="ko-KR"/>
        </w:rPr>
      </w:pPr>
      <w:r>
        <w:rPr>
          <w:sz w:val="21"/>
          <w:lang w:eastAsia="ko-KR"/>
        </w:rPr>
        <w:t>•  [</w:t>
      </w:r>
      <w:r>
        <w:rPr>
          <w:sz w:val="21"/>
          <w:lang w:eastAsia="ko-KR"/>
        </w:rPr>
        <w:t>서식</w:t>
      </w:r>
      <w:r>
        <w:rPr>
          <w:sz w:val="21"/>
          <w:lang w:eastAsia="ko-KR"/>
        </w:rPr>
        <w:t xml:space="preserve"> 3] </w:t>
      </w:r>
      <w:r>
        <w:rPr>
          <w:sz w:val="21"/>
          <w:lang w:eastAsia="ko-KR"/>
        </w:rPr>
        <w:t>수행실적</w:t>
      </w:r>
      <w:r>
        <w:rPr>
          <w:sz w:val="21"/>
          <w:lang w:eastAsia="ko-KR"/>
        </w:rPr>
        <w:t xml:space="preserve"> </w:t>
      </w:r>
      <w:r>
        <w:rPr>
          <w:sz w:val="21"/>
          <w:lang w:eastAsia="ko-KR"/>
        </w:rPr>
        <w:t>총괄표</w:t>
      </w:r>
    </w:p>
    <w:p w14:paraId="669360D5" w14:textId="77777777" w:rsidR="00D37A3B" w:rsidRDefault="00EC1DE1">
      <w:pPr>
        <w:spacing w:after="80"/>
        <w:ind w:left="288"/>
        <w:rPr>
          <w:lang w:eastAsia="ko-KR"/>
        </w:rPr>
      </w:pPr>
      <w:r>
        <w:rPr>
          <w:sz w:val="21"/>
          <w:lang w:eastAsia="ko-KR"/>
        </w:rPr>
        <w:t>•  [</w:t>
      </w:r>
      <w:r>
        <w:rPr>
          <w:sz w:val="21"/>
          <w:lang w:eastAsia="ko-KR"/>
        </w:rPr>
        <w:t>서식</w:t>
      </w:r>
      <w:r>
        <w:rPr>
          <w:sz w:val="21"/>
          <w:lang w:eastAsia="ko-KR"/>
        </w:rPr>
        <w:t xml:space="preserve"> 4] </w:t>
      </w:r>
      <w:r>
        <w:rPr>
          <w:sz w:val="21"/>
          <w:lang w:eastAsia="ko-KR"/>
        </w:rPr>
        <w:t>수행실적증명서</w:t>
      </w:r>
    </w:p>
    <w:p w14:paraId="3EF6C703" w14:textId="29B7430E" w:rsidR="00D37A3B" w:rsidRDefault="00EC1DE1">
      <w:pPr>
        <w:spacing w:after="80"/>
        <w:ind w:left="288"/>
        <w:rPr>
          <w:rFonts w:eastAsia="맑은 고딕"/>
          <w:sz w:val="21"/>
          <w:lang w:eastAsia="ko-KR"/>
        </w:rPr>
      </w:pPr>
      <w:r>
        <w:rPr>
          <w:sz w:val="21"/>
          <w:lang w:eastAsia="ko-KR"/>
        </w:rPr>
        <w:t>•  [</w:t>
      </w:r>
      <w:r>
        <w:rPr>
          <w:sz w:val="21"/>
          <w:lang w:eastAsia="ko-KR"/>
        </w:rPr>
        <w:t>서식</w:t>
      </w:r>
      <w:r>
        <w:rPr>
          <w:sz w:val="21"/>
          <w:lang w:eastAsia="ko-KR"/>
        </w:rPr>
        <w:t xml:space="preserve"> 5] </w:t>
      </w:r>
      <w:r>
        <w:rPr>
          <w:sz w:val="21"/>
          <w:lang w:eastAsia="ko-KR"/>
        </w:rPr>
        <w:t>사업수행</w:t>
      </w:r>
      <w:r>
        <w:rPr>
          <w:sz w:val="21"/>
          <w:lang w:eastAsia="ko-KR"/>
        </w:rPr>
        <w:t xml:space="preserve"> </w:t>
      </w:r>
      <w:r>
        <w:rPr>
          <w:sz w:val="21"/>
          <w:lang w:eastAsia="ko-KR"/>
        </w:rPr>
        <w:t>조직표</w:t>
      </w:r>
      <w:r>
        <w:rPr>
          <w:sz w:val="21"/>
          <w:lang w:eastAsia="ko-KR"/>
        </w:rPr>
        <w:t xml:space="preserve"> </w:t>
      </w:r>
      <w:r>
        <w:rPr>
          <w:sz w:val="21"/>
          <w:lang w:eastAsia="ko-KR"/>
        </w:rPr>
        <w:t>및</w:t>
      </w:r>
      <w:r>
        <w:rPr>
          <w:sz w:val="21"/>
          <w:lang w:eastAsia="ko-KR"/>
        </w:rPr>
        <w:t xml:space="preserve"> </w:t>
      </w:r>
      <w:r>
        <w:rPr>
          <w:sz w:val="21"/>
          <w:lang w:eastAsia="ko-KR"/>
        </w:rPr>
        <w:t>참여인력</w:t>
      </w:r>
      <w:r>
        <w:rPr>
          <w:sz w:val="21"/>
          <w:lang w:eastAsia="ko-KR"/>
        </w:rPr>
        <w:t xml:space="preserve"> </w:t>
      </w:r>
      <w:r>
        <w:rPr>
          <w:sz w:val="21"/>
          <w:lang w:eastAsia="ko-KR"/>
        </w:rPr>
        <w:t>이력사항</w:t>
      </w:r>
    </w:p>
    <w:p w14:paraId="3070E6EE" w14:textId="5D05E558" w:rsidR="00845993" w:rsidRDefault="00F569B3" w:rsidP="00F569B3">
      <w:pPr>
        <w:spacing w:after="80"/>
        <w:ind w:left="288"/>
        <w:rPr>
          <w:rFonts w:eastAsia="맑은 고딕" w:cs="맑은 고딕"/>
          <w:sz w:val="21"/>
          <w:lang w:eastAsia="ko-KR"/>
        </w:rPr>
      </w:pPr>
      <w:r>
        <w:rPr>
          <w:sz w:val="21"/>
          <w:lang w:eastAsia="ko-KR"/>
        </w:rPr>
        <w:t>•  [</w:t>
      </w:r>
      <w:r>
        <w:rPr>
          <w:sz w:val="21"/>
          <w:lang w:eastAsia="ko-KR"/>
        </w:rPr>
        <w:t>서식</w:t>
      </w:r>
      <w:r>
        <w:rPr>
          <w:sz w:val="21"/>
          <w:lang w:eastAsia="ko-KR"/>
        </w:rPr>
        <w:t xml:space="preserve"> 6] </w:t>
      </w:r>
      <w:r>
        <w:rPr>
          <w:rFonts w:eastAsia="맑은 고딕" w:cs="맑은 고딕" w:hint="eastAsia"/>
          <w:sz w:val="21"/>
          <w:lang w:eastAsia="ko-KR"/>
        </w:rPr>
        <w:t>확약서</w:t>
      </w:r>
    </w:p>
    <w:p w14:paraId="463C53AF" w14:textId="77777777" w:rsidR="00F569B3" w:rsidRPr="00F569B3" w:rsidRDefault="00F569B3" w:rsidP="00F569B3">
      <w:pPr>
        <w:spacing w:after="80"/>
        <w:ind w:left="288"/>
        <w:rPr>
          <w:rFonts w:eastAsia="맑은 고딕" w:cs="맑은 고딕"/>
          <w:sz w:val="21"/>
          <w:lang w:eastAsia="ko-KR"/>
        </w:rPr>
      </w:pPr>
    </w:p>
    <w:p w14:paraId="2A9DB2D6" w14:textId="77777777" w:rsidR="00845993" w:rsidRDefault="00845993">
      <w:pPr>
        <w:spacing w:before="300"/>
        <w:rPr>
          <w:b/>
          <w:color w:val="FF0000"/>
          <w:sz w:val="21"/>
          <w:lang w:eastAsia="ko-KR"/>
        </w:rPr>
      </w:pPr>
    </w:p>
    <w:p w14:paraId="5540CA6C" w14:textId="77777777" w:rsidR="00845993" w:rsidRDefault="00845993">
      <w:pPr>
        <w:spacing w:before="300"/>
        <w:rPr>
          <w:b/>
          <w:color w:val="FF0000"/>
          <w:sz w:val="21"/>
          <w:lang w:eastAsia="ko-KR"/>
        </w:rPr>
      </w:pPr>
    </w:p>
    <w:p w14:paraId="3EF28993" w14:textId="77777777" w:rsidR="00845993" w:rsidRDefault="00845993">
      <w:pPr>
        <w:spacing w:before="300"/>
        <w:rPr>
          <w:b/>
          <w:color w:val="FF0000"/>
          <w:sz w:val="21"/>
          <w:lang w:eastAsia="ko-KR"/>
        </w:rPr>
      </w:pPr>
    </w:p>
    <w:p w14:paraId="56A92AF8" w14:textId="77777777" w:rsidR="00845993" w:rsidRDefault="00845993">
      <w:pPr>
        <w:spacing w:before="300"/>
        <w:rPr>
          <w:b/>
          <w:color w:val="FF0000"/>
          <w:sz w:val="21"/>
          <w:lang w:eastAsia="ko-KR"/>
        </w:rPr>
      </w:pPr>
    </w:p>
    <w:p w14:paraId="31450998" w14:textId="77777777" w:rsidR="00845993" w:rsidRDefault="00845993">
      <w:pPr>
        <w:spacing w:before="300"/>
        <w:rPr>
          <w:b/>
          <w:color w:val="FF0000"/>
          <w:sz w:val="21"/>
          <w:lang w:eastAsia="ko-KR"/>
        </w:rPr>
      </w:pPr>
    </w:p>
    <w:p w14:paraId="1FCDD2F7" w14:textId="77777777" w:rsidR="00845993" w:rsidRDefault="00845993">
      <w:pPr>
        <w:spacing w:before="300"/>
        <w:rPr>
          <w:b/>
          <w:color w:val="FF0000"/>
          <w:sz w:val="21"/>
          <w:lang w:eastAsia="ko-KR"/>
        </w:rPr>
      </w:pPr>
    </w:p>
    <w:p w14:paraId="7D10E4F3" w14:textId="77777777" w:rsidR="00845993" w:rsidRDefault="00845993">
      <w:pPr>
        <w:spacing w:before="300"/>
        <w:rPr>
          <w:b/>
          <w:color w:val="FF0000"/>
          <w:sz w:val="21"/>
          <w:lang w:eastAsia="ko-KR"/>
        </w:rPr>
      </w:pPr>
    </w:p>
    <w:p w14:paraId="186B862D" w14:textId="77777777" w:rsidR="00845993" w:rsidRDefault="00845993">
      <w:pPr>
        <w:spacing w:before="300"/>
        <w:rPr>
          <w:b/>
          <w:color w:val="FF0000"/>
          <w:sz w:val="21"/>
          <w:lang w:eastAsia="ko-KR"/>
        </w:rPr>
      </w:pPr>
    </w:p>
    <w:p w14:paraId="5C1A964C" w14:textId="77777777" w:rsidR="00845993" w:rsidRDefault="00845993">
      <w:pPr>
        <w:spacing w:before="300"/>
        <w:rPr>
          <w:b/>
          <w:color w:val="FF0000"/>
          <w:sz w:val="21"/>
          <w:lang w:eastAsia="ko-KR"/>
        </w:rPr>
      </w:pPr>
    </w:p>
    <w:p w14:paraId="5EAB8124" w14:textId="70071E19" w:rsidR="00D37A3B" w:rsidRDefault="00EC1DE1">
      <w:pPr>
        <w:spacing w:before="300"/>
        <w:rPr>
          <w:lang w:eastAsia="ko-KR"/>
        </w:rPr>
      </w:pPr>
      <w:r>
        <w:rPr>
          <w:b/>
          <w:color w:val="1B365D"/>
          <w:sz w:val="28"/>
          <w:lang w:eastAsia="ko-KR"/>
        </w:rPr>
        <w:lastRenderedPageBreak/>
        <w:t>[</w:t>
      </w:r>
      <w:r>
        <w:rPr>
          <w:b/>
          <w:color w:val="1B365D"/>
          <w:sz w:val="28"/>
          <w:lang w:eastAsia="ko-KR"/>
        </w:rPr>
        <w:t>서식</w:t>
      </w:r>
      <w:r>
        <w:rPr>
          <w:b/>
          <w:color w:val="1B365D"/>
          <w:sz w:val="28"/>
          <w:lang w:eastAsia="ko-KR"/>
        </w:rPr>
        <w:t xml:space="preserve"> 1] </w:t>
      </w:r>
      <w:r>
        <w:rPr>
          <w:b/>
          <w:color w:val="1B365D"/>
          <w:sz w:val="28"/>
          <w:lang w:eastAsia="ko-KR"/>
        </w:rPr>
        <w:t>일반현황</w:t>
      </w:r>
      <w:r>
        <w:rPr>
          <w:b/>
          <w:color w:val="1B365D"/>
          <w:sz w:val="28"/>
          <w:lang w:eastAsia="ko-KR"/>
        </w:rPr>
        <w:t xml:space="preserve"> </w:t>
      </w:r>
      <w:r>
        <w:rPr>
          <w:b/>
          <w:color w:val="1B365D"/>
          <w:sz w:val="28"/>
          <w:lang w:eastAsia="ko-KR"/>
        </w:rPr>
        <w:t>및</w:t>
      </w:r>
      <w:r>
        <w:rPr>
          <w:b/>
          <w:color w:val="1B365D"/>
          <w:sz w:val="28"/>
          <w:lang w:eastAsia="ko-KR"/>
        </w:rPr>
        <w:t xml:space="preserve"> </w:t>
      </w:r>
      <w:r>
        <w:rPr>
          <w:b/>
          <w:color w:val="1B365D"/>
          <w:sz w:val="28"/>
          <w:lang w:eastAsia="ko-KR"/>
        </w:rPr>
        <w:t>연혁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2880"/>
        <w:gridCol w:w="6480"/>
      </w:tblGrid>
      <w:tr w:rsidR="00D37A3B" w14:paraId="05F5179F" w14:textId="77777777">
        <w:trPr>
          <w:jc w:val="center"/>
        </w:trPr>
        <w:tc>
          <w:tcPr>
            <w:tcW w:w="2880" w:type="dxa"/>
            <w:shd w:val="clear" w:color="auto" w:fill="F2F4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8624D5" w14:textId="77777777" w:rsidR="00D37A3B" w:rsidRDefault="00EC1DE1">
            <w:pPr>
              <w:spacing w:after="0"/>
            </w:pPr>
            <w:r>
              <w:rPr>
                <w:b/>
                <w:sz w:val="19"/>
              </w:rPr>
              <w:t>회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사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명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3FF70A" w14:textId="77777777" w:rsidR="00D37A3B" w:rsidRDefault="00D37A3B">
            <w:pPr>
              <w:spacing w:after="0"/>
            </w:pPr>
          </w:p>
        </w:tc>
      </w:tr>
      <w:tr w:rsidR="00D37A3B" w14:paraId="0235527C" w14:textId="77777777">
        <w:trPr>
          <w:jc w:val="center"/>
        </w:trPr>
        <w:tc>
          <w:tcPr>
            <w:tcW w:w="2880" w:type="dxa"/>
            <w:shd w:val="clear" w:color="auto" w:fill="F2F4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97F233" w14:textId="77777777" w:rsidR="00D37A3B" w:rsidRDefault="00EC1DE1">
            <w:pPr>
              <w:spacing w:after="0"/>
            </w:pPr>
            <w:r>
              <w:rPr>
                <w:b/>
                <w:sz w:val="19"/>
              </w:rPr>
              <w:t>대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표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자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E335449" w14:textId="77777777" w:rsidR="00D37A3B" w:rsidRDefault="00D37A3B">
            <w:pPr>
              <w:spacing w:after="0"/>
            </w:pPr>
          </w:p>
        </w:tc>
      </w:tr>
      <w:tr w:rsidR="00D37A3B" w14:paraId="21A8F58E" w14:textId="77777777">
        <w:trPr>
          <w:jc w:val="center"/>
        </w:trPr>
        <w:tc>
          <w:tcPr>
            <w:tcW w:w="2880" w:type="dxa"/>
            <w:shd w:val="clear" w:color="auto" w:fill="F2F4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AA09FB" w14:textId="77777777" w:rsidR="00D37A3B" w:rsidRDefault="00EC1DE1">
            <w:pPr>
              <w:spacing w:after="0"/>
            </w:pPr>
            <w:r>
              <w:rPr>
                <w:b/>
                <w:sz w:val="19"/>
              </w:rPr>
              <w:t>사업자등록번호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04DBF18" w14:textId="77777777" w:rsidR="00D37A3B" w:rsidRDefault="00D37A3B">
            <w:pPr>
              <w:spacing w:after="0"/>
            </w:pPr>
          </w:p>
        </w:tc>
      </w:tr>
      <w:tr w:rsidR="00D37A3B" w14:paraId="1E77E5FA" w14:textId="77777777">
        <w:trPr>
          <w:jc w:val="center"/>
        </w:trPr>
        <w:tc>
          <w:tcPr>
            <w:tcW w:w="2880" w:type="dxa"/>
            <w:shd w:val="clear" w:color="auto" w:fill="F2F4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E10966" w14:textId="77777777" w:rsidR="00D37A3B" w:rsidRDefault="00EC1DE1">
            <w:pPr>
              <w:spacing w:after="0"/>
            </w:pPr>
            <w:r>
              <w:rPr>
                <w:b/>
                <w:sz w:val="19"/>
              </w:rPr>
              <w:t>법인등록번호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326C76" w14:textId="77777777" w:rsidR="00D37A3B" w:rsidRDefault="00D37A3B">
            <w:pPr>
              <w:spacing w:after="0"/>
            </w:pPr>
          </w:p>
        </w:tc>
      </w:tr>
      <w:tr w:rsidR="00D37A3B" w14:paraId="4401FF34" w14:textId="77777777">
        <w:trPr>
          <w:jc w:val="center"/>
        </w:trPr>
        <w:tc>
          <w:tcPr>
            <w:tcW w:w="2880" w:type="dxa"/>
            <w:shd w:val="clear" w:color="auto" w:fill="F2F4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BE6C14" w14:textId="77777777" w:rsidR="00D37A3B" w:rsidRDefault="00EC1DE1">
            <w:pPr>
              <w:spacing w:after="0"/>
            </w:pPr>
            <w:r>
              <w:rPr>
                <w:b/>
                <w:sz w:val="19"/>
              </w:rPr>
              <w:t>주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소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452750" w14:textId="77777777" w:rsidR="00D37A3B" w:rsidRDefault="00D37A3B">
            <w:pPr>
              <w:spacing w:after="0"/>
            </w:pPr>
          </w:p>
        </w:tc>
      </w:tr>
      <w:tr w:rsidR="00D37A3B" w14:paraId="2A5D75D0" w14:textId="77777777">
        <w:trPr>
          <w:jc w:val="center"/>
        </w:trPr>
        <w:tc>
          <w:tcPr>
            <w:tcW w:w="2880" w:type="dxa"/>
            <w:shd w:val="clear" w:color="auto" w:fill="F2F4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A85140" w14:textId="77777777" w:rsidR="00D37A3B" w:rsidRDefault="00EC1DE1">
            <w:pPr>
              <w:spacing w:after="0"/>
            </w:pPr>
            <w:r>
              <w:rPr>
                <w:b/>
                <w:sz w:val="19"/>
              </w:rPr>
              <w:t>연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락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처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41B22F" w14:textId="77777777" w:rsidR="00D37A3B" w:rsidRDefault="00EC1DE1">
            <w:pPr>
              <w:spacing w:after="0"/>
            </w:pPr>
            <w:r>
              <w:rPr>
                <w:sz w:val="19"/>
              </w:rPr>
              <w:t>(</w:t>
            </w:r>
            <w:r>
              <w:rPr>
                <w:sz w:val="19"/>
              </w:rPr>
              <w:t>전화</w:t>
            </w:r>
            <w:r>
              <w:rPr>
                <w:sz w:val="19"/>
              </w:rPr>
              <w:t>)</w:t>
            </w:r>
            <w:r>
              <w:rPr>
                <w:sz w:val="19"/>
              </w:rPr>
              <w:br/>
              <w:t>(</w:t>
            </w:r>
            <w:r>
              <w:rPr>
                <w:sz w:val="19"/>
              </w:rPr>
              <w:t>팩스</w:t>
            </w:r>
            <w:r>
              <w:rPr>
                <w:sz w:val="19"/>
              </w:rPr>
              <w:t>)</w:t>
            </w:r>
            <w:r>
              <w:rPr>
                <w:sz w:val="19"/>
              </w:rPr>
              <w:br/>
              <w:t>(</w:t>
            </w:r>
            <w:r>
              <w:rPr>
                <w:sz w:val="19"/>
              </w:rPr>
              <w:t>이메일</w:t>
            </w:r>
            <w:r>
              <w:rPr>
                <w:sz w:val="19"/>
              </w:rPr>
              <w:t>)</w:t>
            </w:r>
          </w:p>
        </w:tc>
      </w:tr>
      <w:tr w:rsidR="00D37A3B" w14:paraId="33A8E23F" w14:textId="77777777">
        <w:trPr>
          <w:jc w:val="center"/>
        </w:trPr>
        <w:tc>
          <w:tcPr>
            <w:tcW w:w="2880" w:type="dxa"/>
            <w:shd w:val="clear" w:color="auto" w:fill="F2F4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7D8401" w14:textId="77777777" w:rsidR="00D37A3B" w:rsidRDefault="00EC1DE1">
            <w:pPr>
              <w:spacing w:after="0"/>
            </w:pPr>
            <w:r>
              <w:rPr>
                <w:b/>
                <w:sz w:val="19"/>
              </w:rPr>
              <w:t>회사설립년도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3DF33B" w14:textId="77777777" w:rsidR="00D37A3B" w:rsidRDefault="00EC1DE1">
            <w:pPr>
              <w:spacing w:after="0"/>
            </w:pPr>
            <w:r>
              <w:rPr>
                <w:sz w:val="19"/>
              </w:rPr>
              <w:t xml:space="preserve">20   </w:t>
            </w:r>
            <w:r>
              <w:rPr>
                <w:sz w:val="19"/>
              </w:rPr>
              <w:t>년</w:t>
            </w:r>
            <w:r>
              <w:rPr>
                <w:sz w:val="19"/>
              </w:rPr>
              <w:t xml:space="preserve">   </w:t>
            </w:r>
            <w:r>
              <w:rPr>
                <w:sz w:val="19"/>
              </w:rPr>
              <w:t>월</w:t>
            </w:r>
            <w:r>
              <w:rPr>
                <w:sz w:val="19"/>
              </w:rPr>
              <w:t xml:space="preserve">   </w:t>
            </w:r>
            <w:r>
              <w:rPr>
                <w:sz w:val="19"/>
              </w:rPr>
              <w:t>일</w:t>
            </w:r>
          </w:p>
        </w:tc>
      </w:tr>
      <w:tr w:rsidR="00D37A3B" w14:paraId="7A7EA96D" w14:textId="77777777">
        <w:trPr>
          <w:jc w:val="center"/>
        </w:trPr>
        <w:tc>
          <w:tcPr>
            <w:tcW w:w="2880" w:type="dxa"/>
            <w:shd w:val="clear" w:color="auto" w:fill="F2F4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FC4D1F" w14:textId="77777777" w:rsidR="00D37A3B" w:rsidRDefault="00EC1DE1">
            <w:pPr>
              <w:spacing w:after="0"/>
            </w:pPr>
            <w:r>
              <w:rPr>
                <w:b/>
                <w:sz w:val="19"/>
              </w:rPr>
              <w:t>해당부문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사업기간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278DFC" w14:textId="77777777" w:rsidR="00D37A3B" w:rsidRDefault="00EC1DE1">
            <w:pPr>
              <w:spacing w:after="0"/>
            </w:pPr>
            <w:r>
              <w:rPr>
                <w:sz w:val="19"/>
              </w:rPr>
              <w:t xml:space="preserve">     </w:t>
            </w:r>
            <w:r>
              <w:rPr>
                <w:sz w:val="19"/>
              </w:rPr>
              <w:t>년</w:t>
            </w:r>
            <w:r>
              <w:rPr>
                <w:sz w:val="19"/>
              </w:rPr>
              <w:t xml:space="preserve">   </w:t>
            </w:r>
            <w:r>
              <w:rPr>
                <w:sz w:val="19"/>
              </w:rPr>
              <w:t>개월</w:t>
            </w:r>
          </w:p>
        </w:tc>
      </w:tr>
      <w:tr w:rsidR="00D37A3B" w14:paraId="6EE7899D" w14:textId="77777777">
        <w:trPr>
          <w:jc w:val="center"/>
        </w:trPr>
        <w:tc>
          <w:tcPr>
            <w:tcW w:w="2880" w:type="dxa"/>
            <w:shd w:val="clear" w:color="auto" w:fill="F2F4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36B33B" w14:textId="77777777" w:rsidR="00D37A3B" w:rsidRDefault="00EC1DE1">
            <w:pPr>
              <w:spacing w:after="0"/>
            </w:pPr>
            <w:r>
              <w:rPr>
                <w:b/>
                <w:sz w:val="19"/>
              </w:rPr>
              <w:t xml:space="preserve">G2B </w:t>
            </w:r>
            <w:r>
              <w:rPr>
                <w:b/>
                <w:sz w:val="19"/>
              </w:rPr>
              <w:t>업종코드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86C95C" w14:textId="51A39049" w:rsidR="00D37A3B" w:rsidRDefault="00767C49">
            <w:pPr>
              <w:spacing w:after="0"/>
              <w:rPr>
                <w:lang w:eastAsia="ko-KR"/>
              </w:rPr>
            </w:pPr>
            <w:r>
              <w:rPr>
                <w:sz w:val="19"/>
                <w:lang w:eastAsia="ko-KR"/>
              </w:rPr>
              <w:t>□</w:t>
            </w:r>
            <w:r w:rsidR="00EC1DE1">
              <w:rPr>
                <w:sz w:val="19"/>
                <w:lang w:eastAsia="ko-KR"/>
              </w:rPr>
              <w:t xml:space="preserve"> </w:t>
            </w:r>
            <w:r w:rsidR="00EC1DE1">
              <w:rPr>
                <w:sz w:val="19"/>
                <w:lang w:eastAsia="ko-KR"/>
              </w:rPr>
              <w:t>학술</w:t>
            </w:r>
            <w:r w:rsidR="00EC1DE1">
              <w:rPr>
                <w:sz w:val="19"/>
                <w:lang w:eastAsia="ko-KR"/>
              </w:rPr>
              <w:t>/</w:t>
            </w:r>
            <w:r w:rsidR="00EC1DE1">
              <w:rPr>
                <w:sz w:val="19"/>
                <w:lang w:eastAsia="ko-KR"/>
              </w:rPr>
              <w:t>연구용역</w:t>
            </w:r>
            <w:r w:rsidR="00EC1DE1">
              <w:rPr>
                <w:sz w:val="19"/>
                <w:lang w:eastAsia="ko-KR"/>
              </w:rPr>
              <w:t xml:space="preserve"> (1169)</w:t>
            </w:r>
          </w:p>
        </w:tc>
      </w:tr>
      <w:tr w:rsidR="00D37A3B" w14:paraId="0A7799DA" w14:textId="77777777">
        <w:trPr>
          <w:jc w:val="center"/>
        </w:trPr>
        <w:tc>
          <w:tcPr>
            <w:tcW w:w="2880" w:type="dxa"/>
            <w:shd w:val="clear" w:color="auto" w:fill="F2F4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9738E8" w14:textId="77777777" w:rsidR="00D37A3B" w:rsidRDefault="00EC1DE1">
            <w:pPr>
              <w:spacing w:after="0"/>
            </w:pPr>
            <w:r>
              <w:rPr>
                <w:b/>
                <w:sz w:val="19"/>
              </w:rPr>
              <w:t>직접생산증명서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6EF347" w14:textId="751F41EA" w:rsidR="00D37A3B" w:rsidRDefault="00767C49">
            <w:pPr>
              <w:spacing w:after="0"/>
              <w:rPr>
                <w:lang w:eastAsia="ko-KR"/>
              </w:rPr>
            </w:pPr>
            <w:r>
              <w:rPr>
                <w:sz w:val="19"/>
                <w:lang w:eastAsia="ko-KR"/>
              </w:rPr>
              <w:t>□</w:t>
            </w:r>
            <w:r w:rsidR="00EC1DE1">
              <w:rPr>
                <w:sz w:val="19"/>
                <w:lang w:eastAsia="ko-KR"/>
              </w:rPr>
              <w:t xml:space="preserve"> </w:t>
            </w:r>
            <w:r w:rsidR="00EC1DE1">
              <w:rPr>
                <w:sz w:val="19"/>
                <w:lang w:eastAsia="ko-KR"/>
              </w:rPr>
              <w:t>기타행사기획및대행서비스</w:t>
            </w:r>
            <w:r w:rsidR="00EC1DE1">
              <w:rPr>
                <w:sz w:val="19"/>
                <w:lang w:eastAsia="ko-KR"/>
              </w:rPr>
              <w:t xml:space="preserve"> (8014199001)</w:t>
            </w:r>
            <w:r w:rsidR="00EC1DE1">
              <w:rPr>
                <w:sz w:val="19"/>
                <w:lang w:eastAsia="ko-KR"/>
              </w:rPr>
              <w:br/>
              <w:t xml:space="preserve">□ </w:t>
            </w:r>
            <w:r w:rsidR="00EC1DE1">
              <w:rPr>
                <w:sz w:val="19"/>
                <w:lang w:eastAsia="ko-KR"/>
              </w:rPr>
              <w:t>국제행사기획및대행서비스</w:t>
            </w:r>
            <w:r w:rsidR="00EC1DE1">
              <w:rPr>
                <w:sz w:val="19"/>
                <w:lang w:eastAsia="ko-KR"/>
              </w:rPr>
              <w:t xml:space="preserve"> (8014198901)</w:t>
            </w:r>
          </w:p>
        </w:tc>
      </w:tr>
      <w:tr w:rsidR="00D37A3B" w14:paraId="6A71BEFB" w14:textId="77777777">
        <w:trPr>
          <w:jc w:val="center"/>
        </w:trPr>
        <w:tc>
          <w:tcPr>
            <w:tcW w:w="2880" w:type="dxa"/>
            <w:shd w:val="clear" w:color="auto" w:fill="F2F4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55F65F" w14:textId="77777777" w:rsidR="00D37A3B" w:rsidRDefault="00EC1DE1">
            <w:pPr>
              <w:spacing w:after="0"/>
            </w:pPr>
            <w:r>
              <w:rPr>
                <w:b/>
                <w:sz w:val="19"/>
              </w:rPr>
              <w:t>주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요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사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업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분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야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D95A80" w14:textId="77777777" w:rsidR="00D37A3B" w:rsidRDefault="00D37A3B">
            <w:pPr>
              <w:spacing w:after="0"/>
            </w:pPr>
          </w:p>
        </w:tc>
      </w:tr>
    </w:tbl>
    <w:p w14:paraId="28B8A543" w14:textId="77777777" w:rsidR="00D37A3B" w:rsidRDefault="00D37A3B"/>
    <w:p w14:paraId="4EA8BB67" w14:textId="77777777" w:rsidR="00D37A3B" w:rsidRDefault="00EC1DE1">
      <w:pPr>
        <w:spacing w:after="120"/>
        <w:rPr>
          <w:lang w:eastAsia="ko-KR"/>
        </w:rPr>
      </w:pPr>
      <w:r>
        <w:rPr>
          <w:b/>
          <w:sz w:val="22"/>
          <w:lang w:eastAsia="ko-KR"/>
        </w:rPr>
        <w:t xml:space="preserve">■ </w:t>
      </w:r>
      <w:r>
        <w:rPr>
          <w:b/>
          <w:sz w:val="22"/>
          <w:lang w:eastAsia="ko-KR"/>
        </w:rPr>
        <w:t>주요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연혁</w:t>
      </w:r>
      <w:r>
        <w:rPr>
          <w:b/>
          <w:sz w:val="22"/>
          <w:lang w:eastAsia="ko-KR"/>
        </w:rPr>
        <w:t xml:space="preserve"> (</w:t>
      </w:r>
      <w:r>
        <w:rPr>
          <w:b/>
          <w:sz w:val="22"/>
          <w:lang w:eastAsia="ko-KR"/>
        </w:rPr>
        <w:t>최근</w:t>
      </w:r>
      <w:r>
        <w:rPr>
          <w:b/>
          <w:sz w:val="22"/>
          <w:lang w:eastAsia="ko-KR"/>
        </w:rPr>
        <w:t xml:space="preserve"> 3</w:t>
      </w:r>
      <w:r>
        <w:rPr>
          <w:b/>
          <w:sz w:val="22"/>
          <w:lang w:eastAsia="ko-KR"/>
        </w:rPr>
        <w:t>년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이상</w:t>
      </w:r>
      <w:r>
        <w:rPr>
          <w:b/>
          <w:sz w:val="22"/>
          <w:lang w:eastAsia="ko-KR"/>
        </w:rPr>
        <w:t>)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2592"/>
        <w:gridCol w:w="6768"/>
      </w:tblGrid>
      <w:tr w:rsidR="00D37A3B" w14:paraId="34638FBF" w14:textId="77777777">
        <w:trPr>
          <w:jc w:val="center"/>
        </w:trPr>
        <w:tc>
          <w:tcPr>
            <w:tcW w:w="2592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A2A43DF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9"/>
              </w:rPr>
              <w:t>연도</w:t>
            </w:r>
            <w:r>
              <w:rPr>
                <w:b/>
                <w:color w:val="FFFFFF"/>
                <w:sz w:val="19"/>
              </w:rPr>
              <w:t xml:space="preserve"> / </w:t>
            </w:r>
            <w:r>
              <w:rPr>
                <w:b/>
                <w:color w:val="FFFFFF"/>
                <w:sz w:val="19"/>
              </w:rPr>
              <w:t>월</w:t>
            </w:r>
          </w:p>
        </w:tc>
        <w:tc>
          <w:tcPr>
            <w:tcW w:w="6768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27A999B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9"/>
              </w:rPr>
              <w:t>주요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연혁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및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변경사항</w:t>
            </w:r>
          </w:p>
        </w:tc>
      </w:tr>
      <w:tr w:rsidR="00D37A3B" w14:paraId="0FFB7CE8" w14:textId="77777777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8E7451" w14:textId="77777777" w:rsidR="00D37A3B" w:rsidRDefault="00EC1DE1">
            <w:pPr>
              <w:jc w:val="center"/>
            </w:pPr>
            <w:r>
              <w:rPr>
                <w:sz w:val="19"/>
              </w:rPr>
              <w:t>2023.00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1147C6" w14:textId="77777777" w:rsidR="00D37A3B" w:rsidRDefault="00D37A3B"/>
        </w:tc>
      </w:tr>
      <w:tr w:rsidR="00D37A3B" w14:paraId="62233EE0" w14:textId="77777777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F37B11" w14:textId="77777777" w:rsidR="00D37A3B" w:rsidRDefault="00EC1DE1">
            <w:pPr>
              <w:jc w:val="center"/>
            </w:pPr>
            <w:r>
              <w:rPr>
                <w:sz w:val="19"/>
              </w:rPr>
              <w:t>2024.00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C50A27" w14:textId="77777777" w:rsidR="00D37A3B" w:rsidRDefault="00D37A3B"/>
        </w:tc>
      </w:tr>
      <w:tr w:rsidR="00D37A3B" w14:paraId="0E15168A" w14:textId="77777777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3006DD" w14:textId="77777777" w:rsidR="00D37A3B" w:rsidRDefault="00EC1DE1">
            <w:pPr>
              <w:jc w:val="center"/>
            </w:pPr>
            <w:r>
              <w:rPr>
                <w:sz w:val="19"/>
              </w:rPr>
              <w:lastRenderedPageBreak/>
              <w:t>2025.00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845747" w14:textId="77777777" w:rsidR="00D37A3B" w:rsidRDefault="00D37A3B"/>
        </w:tc>
      </w:tr>
      <w:tr w:rsidR="00D37A3B" w14:paraId="21028117" w14:textId="77777777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0E5425" w14:textId="77777777" w:rsidR="00D37A3B" w:rsidRDefault="00EC1DE1">
            <w:pPr>
              <w:jc w:val="center"/>
            </w:pPr>
            <w:r>
              <w:rPr>
                <w:sz w:val="19"/>
              </w:rPr>
              <w:t>2026.00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BEE921" w14:textId="77777777" w:rsidR="00D37A3B" w:rsidRDefault="00D37A3B"/>
        </w:tc>
      </w:tr>
    </w:tbl>
    <w:p w14:paraId="781F0A9F" w14:textId="77777777" w:rsidR="00D37A3B" w:rsidRDefault="00EC1DE1">
      <w:r>
        <w:br w:type="page"/>
      </w:r>
    </w:p>
    <w:p w14:paraId="59E7699A" w14:textId="77777777" w:rsidR="00D37A3B" w:rsidRDefault="00EC1DE1">
      <w:pPr>
        <w:spacing w:before="300"/>
        <w:rPr>
          <w:lang w:eastAsia="ko-KR"/>
        </w:rPr>
      </w:pPr>
      <w:r>
        <w:rPr>
          <w:b/>
          <w:color w:val="1B365D"/>
          <w:sz w:val="28"/>
          <w:lang w:eastAsia="ko-KR"/>
        </w:rPr>
        <w:lastRenderedPageBreak/>
        <w:t>[</w:t>
      </w:r>
      <w:r>
        <w:rPr>
          <w:b/>
          <w:color w:val="1B365D"/>
          <w:sz w:val="28"/>
          <w:lang w:eastAsia="ko-KR"/>
        </w:rPr>
        <w:t>서식</w:t>
      </w:r>
      <w:r>
        <w:rPr>
          <w:b/>
          <w:color w:val="1B365D"/>
          <w:sz w:val="28"/>
          <w:lang w:eastAsia="ko-KR"/>
        </w:rPr>
        <w:t xml:space="preserve"> 2] </w:t>
      </w:r>
      <w:r>
        <w:rPr>
          <w:b/>
          <w:color w:val="1B365D"/>
          <w:sz w:val="28"/>
          <w:lang w:eastAsia="ko-KR"/>
        </w:rPr>
        <w:t>자본금</w:t>
      </w:r>
      <w:r>
        <w:rPr>
          <w:b/>
          <w:color w:val="1B365D"/>
          <w:sz w:val="28"/>
          <w:lang w:eastAsia="ko-KR"/>
        </w:rPr>
        <w:t xml:space="preserve"> </w:t>
      </w:r>
      <w:r>
        <w:rPr>
          <w:b/>
          <w:color w:val="1B365D"/>
          <w:sz w:val="28"/>
          <w:lang w:eastAsia="ko-KR"/>
        </w:rPr>
        <w:t>및</w:t>
      </w:r>
      <w:r>
        <w:rPr>
          <w:b/>
          <w:color w:val="1B365D"/>
          <w:sz w:val="28"/>
          <w:lang w:eastAsia="ko-KR"/>
        </w:rPr>
        <w:t xml:space="preserve"> </w:t>
      </w:r>
      <w:r>
        <w:rPr>
          <w:b/>
          <w:color w:val="1B365D"/>
          <w:sz w:val="28"/>
          <w:lang w:eastAsia="ko-KR"/>
        </w:rPr>
        <w:t>매출액</w:t>
      </w:r>
      <w:r>
        <w:rPr>
          <w:b/>
          <w:color w:val="1B365D"/>
          <w:sz w:val="28"/>
          <w:lang w:eastAsia="ko-KR"/>
        </w:rPr>
        <w:t xml:space="preserve"> (</w:t>
      </w:r>
      <w:r>
        <w:rPr>
          <w:b/>
          <w:color w:val="1B365D"/>
          <w:sz w:val="28"/>
          <w:lang w:eastAsia="ko-KR"/>
        </w:rPr>
        <w:t>최근</w:t>
      </w:r>
      <w:r>
        <w:rPr>
          <w:b/>
          <w:color w:val="1B365D"/>
          <w:sz w:val="28"/>
          <w:lang w:eastAsia="ko-KR"/>
        </w:rPr>
        <w:t xml:space="preserve"> 3</w:t>
      </w:r>
      <w:r>
        <w:rPr>
          <w:b/>
          <w:color w:val="1B365D"/>
          <w:sz w:val="28"/>
          <w:lang w:eastAsia="ko-KR"/>
        </w:rPr>
        <w:t>년</w:t>
      </w:r>
      <w:r>
        <w:rPr>
          <w:b/>
          <w:color w:val="1B365D"/>
          <w:sz w:val="28"/>
          <w:lang w:eastAsia="ko-KR"/>
        </w:rPr>
        <w:t>)</w:t>
      </w:r>
    </w:p>
    <w:p w14:paraId="1DCB0BE5" w14:textId="77777777" w:rsidR="00D37A3B" w:rsidRDefault="00EC1DE1">
      <w:pPr>
        <w:spacing w:after="80"/>
        <w:jc w:val="right"/>
      </w:pPr>
      <w:r>
        <w:rPr>
          <w:sz w:val="18"/>
        </w:rPr>
        <w:t>(</w:t>
      </w:r>
      <w:r>
        <w:rPr>
          <w:sz w:val="18"/>
        </w:rPr>
        <w:t>단위</w:t>
      </w:r>
      <w:r>
        <w:rPr>
          <w:sz w:val="18"/>
        </w:rPr>
        <w:t xml:space="preserve"> : </w:t>
      </w:r>
      <w:r>
        <w:rPr>
          <w:sz w:val="18"/>
        </w:rPr>
        <w:t>천원</w:t>
      </w:r>
      <w:r>
        <w:rPr>
          <w:sz w:val="18"/>
        </w:rPr>
        <w:t>)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3312"/>
        <w:gridCol w:w="2016"/>
        <w:gridCol w:w="2016"/>
        <w:gridCol w:w="2016"/>
      </w:tblGrid>
      <w:tr w:rsidR="00D37A3B" w14:paraId="5D05E9B1" w14:textId="77777777">
        <w:trPr>
          <w:jc w:val="center"/>
        </w:trPr>
        <w:tc>
          <w:tcPr>
            <w:tcW w:w="3312" w:type="dxa"/>
            <w:shd w:val="clear" w:color="auto" w:fill="1B365D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1940698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9"/>
              </w:rPr>
              <w:t>구</w:t>
            </w:r>
            <w:r>
              <w:rPr>
                <w:b/>
                <w:color w:val="FFFFFF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분</w:t>
            </w:r>
          </w:p>
        </w:tc>
        <w:tc>
          <w:tcPr>
            <w:tcW w:w="2016" w:type="dxa"/>
            <w:shd w:val="clear" w:color="auto" w:fill="1B365D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6CDA3BF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9"/>
              </w:rPr>
              <w:t>2023</w:t>
            </w:r>
            <w:r>
              <w:rPr>
                <w:b/>
                <w:color w:val="FFFFFF"/>
                <w:sz w:val="19"/>
              </w:rPr>
              <w:t>년</w:t>
            </w:r>
          </w:p>
        </w:tc>
        <w:tc>
          <w:tcPr>
            <w:tcW w:w="2016" w:type="dxa"/>
            <w:shd w:val="clear" w:color="auto" w:fill="1B365D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A0FCEDF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9"/>
              </w:rPr>
              <w:t>2024</w:t>
            </w:r>
            <w:r>
              <w:rPr>
                <w:b/>
                <w:color w:val="FFFFFF"/>
                <w:sz w:val="19"/>
              </w:rPr>
              <w:t>년</w:t>
            </w:r>
          </w:p>
        </w:tc>
        <w:tc>
          <w:tcPr>
            <w:tcW w:w="2016" w:type="dxa"/>
            <w:shd w:val="clear" w:color="auto" w:fill="1B365D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B801DD9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9"/>
              </w:rPr>
              <w:t>2025</w:t>
            </w:r>
            <w:r>
              <w:rPr>
                <w:b/>
                <w:color w:val="FFFFFF"/>
                <w:sz w:val="19"/>
              </w:rPr>
              <w:t>년</w:t>
            </w:r>
          </w:p>
        </w:tc>
      </w:tr>
      <w:tr w:rsidR="00D37A3B" w14:paraId="17A6CDB7" w14:textId="77777777">
        <w:trPr>
          <w:jc w:val="center"/>
        </w:trPr>
        <w:tc>
          <w:tcPr>
            <w:tcW w:w="331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31FAA" w14:textId="77777777" w:rsidR="00D37A3B" w:rsidRDefault="00EC1DE1">
            <w:r>
              <w:rPr>
                <w:b/>
                <w:sz w:val="19"/>
              </w:rPr>
              <w:t>자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본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금</w:t>
            </w: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299F9" w14:textId="77777777" w:rsidR="00D37A3B" w:rsidRDefault="00D37A3B">
            <w:pPr>
              <w:jc w:val="right"/>
            </w:pP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99770" w14:textId="77777777" w:rsidR="00D37A3B" w:rsidRDefault="00D37A3B">
            <w:pPr>
              <w:jc w:val="right"/>
            </w:pP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35D16" w14:textId="77777777" w:rsidR="00D37A3B" w:rsidRDefault="00D37A3B">
            <w:pPr>
              <w:jc w:val="right"/>
            </w:pPr>
          </w:p>
        </w:tc>
      </w:tr>
      <w:tr w:rsidR="00D37A3B" w14:paraId="31C86171" w14:textId="77777777">
        <w:trPr>
          <w:jc w:val="center"/>
        </w:trPr>
        <w:tc>
          <w:tcPr>
            <w:tcW w:w="331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EAC36" w14:textId="77777777" w:rsidR="00D37A3B" w:rsidRDefault="00EC1DE1">
            <w:r>
              <w:rPr>
                <w:b/>
                <w:sz w:val="19"/>
              </w:rPr>
              <w:t>총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매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출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액</w:t>
            </w: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17F71" w14:textId="77777777" w:rsidR="00D37A3B" w:rsidRDefault="00D37A3B">
            <w:pPr>
              <w:jc w:val="right"/>
            </w:pP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2D436" w14:textId="77777777" w:rsidR="00D37A3B" w:rsidRDefault="00D37A3B">
            <w:pPr>
              <w:jc w:val="right"/>
            </w:pP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4045D" w14:textId="77777777" w:rsidR="00D37A3B" w:rsidRDefault="00D37A3B">
            <w:pPr>
              <w:jc w:val="right"/>
            </w:pPr>
          </w:p>
        </w:tc>
      </w:tr>
      <w:tr w:rsidR="00D37A3B" w14:paraId="20F5D94D" w14:textId="77777777">
        <w:trPr>
          <w:jc w:val="center"/>
        </w:trPr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EF6FA" w14:textId="77777777" w:rsidR="00D37A3B" w:rsidRDefault="00EC1DE1">
            <w:pPr>
              <w:ind w:left="216"/>
              <w:rPr>
                <w:lang w:eastAsia="ko-KR"/>
              </w:rPr>
            </w:pPr>
            <w:r>
              <w:rPr>
                <w:sz w:val="19"/>
                <w:lang w:eastAsia="ko-KR"/>
              </w:rPr>
              <w:t xml:space="preserve">- </w:t>
            </w:r>
            <w:r>
              <w:rPr>
                <w:sz w:val="19"/>
                <w:lang w:eastAsia="ko-KR"/>
              </w:rPr>
              <w:t>교육</w:t>
            </w:r>
            <w:r>
              <w:rPr>
                <w:sz w:val="19"/>
                <w:lang w:eastAsia="ko-KR"/>
              </w:rPr>
              <w:t>·</w:t>
            </w:r>
            <w:r>
              <w:rPr>
                <w:sz w:val="19"/>
                <w:lang w:eastAsia="ko-KR"/>
              </w:rPr>
              <w:t>취업지원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부문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매출액</w:t>
            </w: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5C73C" w14:textId="77777777" w:rsidR="00D37A3B" w:rsidRDefault="00D37A3B">
            <w:pPr>
              <w:jc w:val="right"/>
              <w:rPr>
                <w:lang w:eastAsia="ko-KR"/>
              </w:rPr>
            </w:pP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930B9" w14:textId="77777777" w:rsidR="00D37A3B" w:rsidRDefault="00D37A3B">
            <w:pPr>
              <w:jc w:val="right"/>
              <w:rPr>
                <w:lang w:eastAsia="ko-KR"/>
              </w:rPr>
            </w:pP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F0093" w14:textId="77777777" w:rsidR="00D37A3B" w:rsidRDefault="00D37A3B">
            <w:pPr>
              <w:jc w:val="right"/>
              <w:rPr>
                <w:lang w:eastAsia="ko-KR"/>
              </w:rPr>
            </w:pPr>
          </w:p>
        </w:tc>
      </w:tr>
      <w:tr w:rsidR="00D37A3B" w14:paraId="4E334F52" w14:textId="77777777">
        <w:trPr>
          <w:jc w:val="center"/>
        </w:trPr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E26E8" w14:textId="77777777" w:rsidR="00D37A3B" w:rsidRDefault="00EC1DE1">
            <w:pPr>
              <w:ind w:left="216"/>
              <w:rPr>
                <w:lang w:eastAsia="ko-KR"/>
              </w:rPr>
            </w:pPr>
            <w:r>
              <w:rPr>
                <w:sz w:val="19"/>
                <w:lang w:eastAsia="ko-KR"/>
              </w:rPr>
              <w:t xml:space="preserve">- </w:t>
            </w:r>
            <w:r>
              <w:rPr>
                <w:sz w:val="19"/>
                <w:lang w:eastAsia="ko-KR"/>
              </w:rPr>
              <w:t>행사</w:t>
            </w:r>
            <w:r>
              <w:rPr>
                <w:sz w:val="19"/>
                <w:lang w:eastAsia="ko-KR"/>
              </w:rPr>
              <w:t>·</w:t>
            </w:r>
            <w:r>
              <w:rPr>
                <w:sz w:val="19"/>
                <w:lang w:eastAsia="ko-KR"/>
              </w:rPr>
              <w:t>마케팅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부문</w:t>
            </w:r>
            <w:r>
              <w:rPr>
                <w:sz w:val="19"/>
                <w:lang w:eastAsia="ko-KR"/>
              </w:rPr>
              <w:t xml:space="preserve"> </w:t>
            </w:r>
            <w:r>
              <w:rPr>
                <w:sz w:val="19"/>
                <w:lang w:eastAsia="ko-KR"/>
              </w:rPr>
              <w:t>매출액</w:t>
            </w: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75424" w14:textId="77777777" w:rsidR="00D37A3B" w:rsidRDefault="00D37A3B">
            <w:pPr>
              <w:jc w:val="right"/>
              <w:rPr>
                <w:lang w:eastAsia="ko-KR"/>
              </w:rPr>
            </w:pP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3DC51" w14:textId="77777777" w:rsidR="00D37A3B" w:rsidRDefault="00D37A3B">
            <w:pPr>
              <w:jc w:val="right"/>
              <w:rPr>
                <w:lang w:eastAsia="ko-KR"/>
              </w:rPr>
            </w:pP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7F733" w14:textId="77777777" w:rsidR="00D37A3B" w:rsidRDefault="00D37A3B">
            <w:pPr>
              <w:jc w:val="right"/>
              <w:rPr>
                <w:lang w:eastAsia="ko-KR"/>
              </w:rPr>
            </w:pPr>
          </w:p>
        </w:tc>
      </w:tr>
      <w:tr w:rsidR="00D37A3B" w14:paraId="19D7AC9E" w14:textId="77777777">
        <w:trPr>
          <w:jc w:val="center"/>
        </w:trPr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6D6EE" w14:textId="77777777" w:rsidR="00D37A3B" w:rsidRDefault="00EC1DE1">
            <w:pPr>
              <w:ind w:left="216"/>
            </w:pPr>
            <w:r>
              <w:rPr>
                <w:sz w:val="19"/>
              </w:rPr>
              <w:t xml:space="preserve">- </w:t>
            </w:r>
            <w:r>
              <w:rPr>
                <w:sz w:val="19"/>
              </w:rPr>
              <w:t>기타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사업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부문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매출액</w:t>
            </w: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02FA4" w14:textId="77777777" w:rsidR="00D37A3B" w:rsidRDefault="00D37A3B">
            <w:pPr>
              <w:jc w:val="right"/>
            </w:pP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095D8" w14:textId="77777777" w:rsidR="00D37A3B" w:rsidRDefault="00D37A3B">
            <w:pPr>
              <w:jc w:val="right"/>
            </w:pP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1758E" w14:textId="77777777" w:rsidR="00D37A3B" w:rsidRDefault="00D37A3B">
            <w:pPr>
              <w:jc w:val="right"/>
            </w:pPr>
          </w:p>
        </w:tc>
      </w:tr>
      <w:tr w:rsidR="00D37A3B" w14:paraId="3221637D" w14:textId="77777777">
        <w:trPr>
          <w:jc w:val="center"/>
        </w:trPr>
        <w:tc>
          <w:tcPr>
            <w:tcW w:w="331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5EFAF" w14:textId="77777777" w:rsidR="00D37A3B" w:rsidRDefault="00EC1DE1">
            <w:r>
              <w:rPr>
                <w:b/>
                <w:sz w:val="19"/>
              </w:rPr>
              <w:t>당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기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순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이</w:t>
            </w:r>
            <w:r>
              <w:rPr>
                <w:b/>
                <w:sz w:val="19"/>
              </w:rPr>
              <w:t xml:space="preserve"> </w:t>
            </w:r>
            <w:r>
              <w:rPr>
                <w:b/>
                <w:sz w:val="19"/>
              </w:rPr>
              <w:t>익</w:t>
            </w: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8CE96" w14:textId="77777777" w:rsidR="00D37A3B" w:rsidRDefault="00D37A3B">
            <w:pPr>
              <w:jc w:val="right"/>
            </w:pP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A2B50" w14:textId="77777777" w:rsidR="00D37A3B" w:rsidRDefault="00D37A3B">
            <w:pPr>
              <w:jc w:val="right"/>
            </w:pPr>
          </w:p>
        </w:tc>
        <w:tc>
          <w:tcPr>
            <w:tcW w:w="2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C45DF" w14:textId="77777777" w:rsidR="00D37A3B" w:rsidRDefault="00D37A3B">
            <w:pPr>
              <w:jc w:val="right"/>
            </w:pPr>
          </w:p>
        </w:tc>
      </w:tr>
    </w:tbl>
    <w:p w14:paraId="45F28654" w14:textId="77777777" w:rsidR="00D37A3B" w:rsidRDefault="00EC1DE1">
      <w:pPr>
        <w:spacing w:before="240" w:after="80"/>
      </w:pPr>
      <w:r>
        <w:rPr>
          <w:b/>
          <w:sz w:val="18"/>
        </w:rPr>
        <w:t xml:space="preserve">※ </w:t>
      </w:r>
      <w:r>
        <w:rPr>
          <w:b/>
          <w:sz w:val="18"/>
        </w:rPr>
        <w:t>작성</w:t>
      </w:r>
      <w:r>
        <w:rPr>
          <w:b/>
          <w:sz w:val="18"/>
        </w:rPr>
        <w:t xml:space="preserve"> </w:t>
      </w:r>
      <w:r>
        <w:rPr>
          <w:b/>
          <w:sz w:val="18"/>
        </w:rPr>
        <w:t>유의사항</w:t>
      </w:r>
      <w:r>
        <w:rPr>
          <w:b/>
          <w:sz w:val="18"/>
        </w:rPr>
        <w:t>:</w:t>
      </w:r>
    </w:p>
    <w:p w14:paraId="04182F24" w14:textId="77777777" w:rsidR="00D37A3B" w:rsidRDefault="00EC1DE1">
      <w:pPr>
        <w:spacing w:after="40"/>
        <w:ind w:left="216"/>
        <w:rPr>
          <w:lang w:eastAsia="ko-KR"/>
        </w:rPr>
      </w:pPr>
      <w:r>
        <w:rPr>
          <w:color w:val="666666"/>
          <w:sz w:val="17"/>
          <w:lang w:eastAsia="ko-KR"/>
        </w:rPr>
        <w:t xml:space="preserve">1. </w:t>
      </w:r>
      <w:r>
        <w:rPr>
          <w:color w:val="666666"/>
          <w:sz w:val="17"/>
          <w:lang w:eastAsia="ko-KR"/>
        </w:rPr>
        <w:t>최근</w:t>
      </w:r>
      <w:r>
        <w:rPr>
          <w:color w:val="666666"/>
          <w:sz w:val="17"/>
          <w:lang w:eastAsia="ko-KR"/>
        </w:rPr>
        <w:t xml:space="preserve"> 3</w:t>
      </w:r>
      <w:r>
        <w:rPr>
          <w:color w:val="666666"/>
          <w:sz w:val="17"/>
          <w:lang w:eastAsia="ko-KR"/>
        </w:rPr>
        <w:t>개년</w:t>
      </w:r>
      <w:r>
        <w:rPr>
          <w:color w:val="666666"/>
          <w:sz w:val="17"/>
          <w:lang w:eastAsia="ko-KR"/>
        </w:rPr>
        <w:t>(2023~2025</w:t>
      </w:r>
      <w:r>
        <w:rPr>
          <w:color w:val="666666"/>
          <w:sz w:val="17"/>
          <w:lang w:eastAsia="ko-KR"/>
        </w:rPr>
        <w:t>년</w:t>
      </w:r>
      <w:r>
        <w:rPr>
          <w:color w:val="666666"/>
          <w:sz w:val="17"/>
          <w:lang w:eastAsia="ko-KR"/>
        </w:rPr>
        <w:t xml:space="preserve">) </w:t>
      </w:r>
      <w:r>
        <w:rPr>
          <w:color w:val="666666"/>
          <w:sz w:val="17"/>
          <w:lang w:eastAsia="ko-KR"/>
        </w:rPr>
        <w:t>결산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재무제표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기준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작성</w:t>
      </w:r>
      <w:r>
        <w:rPr>
          <w:color w:val="666666"/>
          <w:sz w:val="17"/>
          <w:lang w:eastAsia="ko-KR"/>
        </w:rPr>
        <w:t>.</w:t>
      </w:r>
    </w:p>
    <w:p w14:paraId="2ED53DC3" w14:textId="77777777" w:rsidR="00D37A3B" w:rsidRDefault="00EC1DE1">
      <w:pPr>
        <w:spacing w:after="40"/>
        <w:ind w:left="216"/>
        <w:rPr>
          <w:lang w:eastAsia="ko-KR"/>
        </w:rPr>
      </w:pPr>
      <w:r>
        <w:rPr>
          <w:color w:val="666666"/>
          <w:sz w:val="17"/>
          <w:lang w:eastAsia="ko-KR"/>
        </w:rPr>
        <w:t xml:space="preserve">2. </w:t>
      </w:r>
      <w:r>
        <w:rPr>
          <w:color w:val="666666"/>
          <w:sz w:val="17"/>
          <w:lang w:eastAsia="ko-KR"/>
        </w:rPr>
        <w:t>결산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공고되었거나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국세청에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신고된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재무제표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증빙서류</w:t>
      </w:r>
      <w:r>
        <w:rPr>
          <w:color w:val="666666"/>
          <w:sz w:val="17"/>
          <w:lang w:eastAsia="ko-KR"/>
        </w:rPr>
        <w:t>(</w:t>
      </w:r>
      <w:r>
        <w:rPr>
          <w:color w:val="666666"/>
          <w:sz w:val="17"/>
          <w:lang w:eastAsia="ko-KR"/>
        </w:rPr>
        <w:t>재무제표증명원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등</w:t>
      </w:r>
      <w:r>
        <w:rPr>
          <w:color w:val="666666"/>
          <w:sz w:val="17"/>
          <w:lang w:eastAsia="ko-KR"/>
        </w:rPr>
        <w:t xml:space="preserve">) </w:t>
      </w:r>
      <w:r>
        <w:rPr>
          <w:color w:val="666666"/>
          <w:sz w:val="17"/>
          <w:lang w:eastAsia="ko-KR"/>
        </w:rPr>
        <w:t>첨부</w:t>
      </w:r>
      <w:r>
        <w:rPr>
          <w:color w:val="666666"/>
          <w:sz w:val="17"/>
          <w:lang w:eastAsia="ko-KR"/>
        </w:rPr>
        <w:t>.</w:t>
      </w:r>
    </w:p>
    <w:p w14:paraId="45AF38D5" w14:textId="77777777" w:rsidR="00D37A3B" w:rsidRDefault="00EC1DE1">
      <w:pPr>
        <w:rPr>
          <w:lang w:eastAsia="ko-KR"/>
        </w:rPr>
      </w:pPr>
      <w:r>
        <w:rPr>
          <w:lang w:eastAsia="ko-KR"/>
        </w:rPr>
        <w:br w:type="page"/>
      </w:r>
    </w:p>
    <w:p w14:paraId="6E2418CB" w14:textId="77777777" w:rsidR="00D37A3B" w:rsidRDefault="00EC1DE1">
      <w:pPr>
        <w:spacing w:before="300"/>
        <w:rPr>
          <w:lang w:eastAsia="ko-KR"/>
        </w:rPr>
      </w:pPr>
      <w:r>
        <w:rPr>
          <w:b/>
          <w:color w:val="1B365D"/>
          <w:sz w:val="28"/>
          <w:lang w:eastAsia="ko-KR"/>
        </w:rPr>
        <w:lastRenderedPageBreak/>
        <w:t>[</w:t>
      </w:r>
      <w:r>
        <w:rPr>
          <w:b/>
          <w:color w:val="1B365D"/>
          <w:sz w:val="28"/>
          <w:lang w:eastAsia="ko-KR"/>
        </w:rPr>
        <w:t>서식</w:t>
      </w:r>
      <w:r>
        <w:rPr>
          <w:b/>
          <w:color w:val="1B365D"/>
          <w:sz w:val="28"/>
          <w:lang w:eastAsia="ko-KR"/>
        </w:rPr>
        <w:t xml:space="preserve"> 3] </w:t>
      </w:r>
      <w:r>
        <w:rPr>
          <w:b/>
          <w:color w:val="1B365D"/>
          <w:sz w:val="28"/>
          <w:lang w:eastAsia="ko-KR"/>
        </w:rPr>
        <w:t>수행실적</w:t>
      </w:r>
      <w:r>
        <w:rPr>
          <w:b/>
          <w:color w:val="1B365D"/>
          <w:sz w:val="28"/>
          <w:lang w:eastAsia="ko-KR"/>
        </w:rPr>
        <w:t xml:space="preserve"> </w:t>
      </w:r>
      <w:r>
        <w:rPr>
          <w:b/>
          <w:color w:val="1B365D"/>
          <w:sz w:val="28"/>
          <w:lang w:eastAsia="ko-KR"/>
        </w:rPr>
        <w:t>총괄표</w:t>
      </w:r>
    </w:p>
    <w:p w14:paraId="79D826A5" w14:textId="77777777" w:rsidR="00D37A3B" w:rsidRDefault="00EC1DE1">
      <w:pPr>
        <w:spacing w:after="120"/>
        <w:rPr>
          <w:lang w:eastAsia="ko-KR"/>
        </w:rPr>
      </w:pPr>
      <w:r>
        <w:rPr>
          <w:color w:val="555555"/>
          <w:sz w:val="18"/>
          <w:lang w:eastAsia="ko-KR"/>
        </w:rPr>
        <w:t>(</w:t>
      </w:r>
      <w:r>
        <w:rPr>
          <w:color w:val="555555"/>
          <w:sz w:val="18"/>
          <w:lang w:eastAsia="ko-KR"/>
        </w:rPr>
        <w:t>최근</w:t>
      </w:r>
      <w:r>
        <w:rPr>
          <w:color w:val="555555"/>
          <w:sz w:val="18"/>
          <w:lang w:eastAsia="ko-KR"/>
        </w:rPr>
        <w:t xml:space="preserve"> 3</w:t>
      </w:r>
      <w:r>
        <w:rPr>
          <w:color w:val="555555"/>
          <w:sz w:val="18"/>
          <w:lang w:eastAsia="ko-KR"/>
        </w:rPr>
        <w:t>년</w:t>
      </w:r>
      <w:r>
        <w:rPr>
          <w:color w:val="555555"/>
          <w:sz w:val="18"/>
          <w:lang w:eastAsia="ko-KR"/>
        </w:rPr>
        <w:t xml:space="preserve"> </w:t>
      </w:r>
      <w:r>
        <w:rPr>
          <w:color w:val="555555"/>
          <w:sz w:val="18"/>
          <w:lang w:eastAsia="ko-KR"/>
        </w:rPr>
        <w:t>이내</w:t>
      </w:r>
      <w:r>
        <w:rPr>
          <w:color w:val="555555"/>
          <w:sz w:val="18"/>
          <w:lang w:eastAsia="ko-KR"/>
        </w:rPr>
        <w:t xml:space="preserve">: 2023. 08. 01. ~ </w:t>
      </w:r>
      <w:r>
        <w:rPr>
          <w:color w:val="555555"/>
          <w:sz w:val="18"/>
          <w:lang w:eastAsia="ko-KR"/>
        </w:rPr>
        <w:t>공고일</w:t>
      </w:r>
      <w:r>
        <w:rPr>
          <w:color w:val="555555"/>
          <w:sz w:val="18"/>
          <w:lang w:eastAsia="ko-KR"/>
        </w:rPr>
        <w:t xml:space="preserve"> </w:t>
      </w:r>
      <w:r>
        <w:rPr>
          <w:color w:val="555555"/>
          <w:sz w:val="18"/>
          <w:lang w:eastAsia="ko-KR"/>
        </w:rPr>
        <w:t>기준</w:t>
      </w:r>
      <w:r>
        <w:rPr>
          <w:color w:val="555555"/>
          <w:sz w:val="18"/>
          <w:lang w:eastAsia="ko-KR"/>
        </w:rPr>
        <w:t xml:space="preserve"> </w:t>
      </w:r>
      <w:r>
        <w:rPr>
          <w:color w:val="555555"/>
          <w:sz w:val="18"/>
          <w:lang w:eastAsia="ko-KR"/>
        </w:rPr>
        <w:t>완료된</w:t>
      </w:r>
      <w:r>
        <w:rPr>
          <w:color w:val="555555"/>
          <w:sz w:val="18"/>
          <w:lang w:eastAsia="ko-KR"/>
        </w:rPr>
        <w:t xml:space="preserve"> </w:t>
      </w:r>
      <w:r>
        <w:rPr>
          <w:color w:val="555555"/>
          <w:sz w:val="18"/>
          <w:lang w:eastAsia="ko-KR"/>
        </w:rPr>
        <w:t>실적</w:t>
      </w:r>
      <w:r>
        <w:rPr>
          <w:color w:val="555555"/>
          <w:sz w:val="18"/>
          <w:lang w:eastAsia="ko-KR"/>
        </w:rPr>
        <w:t>)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864"/>
        <w:gridCol w:w="3168"/>
        <w:gridCol w:w="1584"/>
        <w:gridCol w:w="1584"/>
        <w:gridCol w:w="1584"/>
        <w:gridCol w:w="576"/>
      </w:tblGrid>
      <w:tr w:rsidR="00D37A3B" w14:paraId="25201CC9" w14:textId="77777777">
        <w:trPr>
          <w:jc w:val="center"/>
        </w:trPr>
        <w:tc>
          <w:tcPr>
            <w:tcW w:w="864" w:type="dxa"/>
            <w:shd w:val="clear" w:color="auto" w:fill="1B365D"/>
            <w:tcMar>
              <w:top w:w="140" w:type="dxa"/>
              <w:left w:w="60" w:type="dxa"/>
              <w:bottom w:w="140" w:type="dxa"/>
              <w:right w:w="60" w:type="dxa"/>
            </w:tcMar>
          </w:tcPr>
          <w:p w14:paraId="744F6E5E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8"/>
              </w:rPr>
              <w:t>연번</w:t>
            </w:r>
          </w:p>
        </w:tc>
        <w:tc>
          <w:tcPr>
            <w:tcW w:w="3168" w:type="dxa"/>
            <w:shd w:val="clear" w:color="auto" w:fill="1B365D"/>
            <w:tcMar>
              <w:top w:w="140" w:type="dxa"/>
              <w:left w:w="60" w:type="dxa"/>
              <w:bottom w:w="140" w:type="dxa"/>
              <w:right w:w="60" w:type="dxa"/>
            </w:tcMar>
          </w:tcPr>
          <w:p w14:paraId="2649F1AE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8"/>
              </w:rPr>
              <w:t>사업명</w:t>
            </w:r>
          </w:p>
        </w:tc>
        <w:tc>
          <w:tcPr>
            <w:tcW w:w="1584" w:type="dxa"/>
            <w:shd w:val="clear" w:color="auto" w:fill="1B365D"/>
            <w:tcMar>
              <w:top w:w="140" w:type="dxa"/>
              <w:left w:w="60" w:type="dxa"/>
              <w:bottom w:w="140" w:type="dxa"/>
              <w:right w:w="60" w:type="dxa"/>
            </w:tcMar>
          </w:tcPr>
          <w:p w14:paraId="7DC9587B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8"/>
              </w:rPr>
              <w:t>발주처</w:t>
            </w:r>
          </w:p>
        </w:tc>
        <w:tc>
          <w:tcPr>
            <w:tcW w:w="1584" w:type="dxa"/>
            <w:shd w:val="clear" w:color="auto" w:fill="1B365D"/>
            <w:tcMar>
              <w:top w:w="140" w:type="dxa"/>
              <w:left w:w="60" w:type="dxa"/>
              <w:bottom w:w="140" w:type="dxa"/>
              <w:right w:w="60" w:type="dxa"/>
            </w:tcMar>
          </w:tcPr>
          <w:p w14:paraId="30545055" w14:textId="77777777" w:rsidR="00D37A3B" w:rsidRDefault="00EC1DE1">
            <w:pPr>
              <w:jc w:val="center"/>
              <w:rPr>
                <w:lang w:eastAsia="ko-KR"/>
              </w:rPr>
            </w:pPr>
            <w:r>
              <w:rPr>
                <w:b/>
                <w:color w:val="FFFFFF"/>
                <w:sz w:val="18"/>
                <w:lang w:eastAsia="ko-KR"/>
              </w:rPr>
              <w:t>계약금액</w:t>
            </w:r>
            <w:r>
              <w:rPr>
                <w:b/>
                <w:color w:val="FFFFFF"/>
                <w:sz w:val="18"/>
                <w:lang w:eastAsia="ko-KR"/>
              </w:rPr>
              <w:br/>
              <w:t>(</w:t>
            </w:r>
            <w:r>
              <w:rPr>
                <w:b/>
                <w:color w:val="FFFFFF"/>
                <w:sz w:val="18"/>
                <w:lang w:eastAsia="ko-KR"/>
              </w:rPr>
              <w:t>천원</w:t>
            </w:r>
            <w:r>
              <w:rPr>
                <w:b/>
                <w:color w:val="FFFFFF"/>
                <w:sz w:val="18"/>
                <w:lang w:eastAsia="ko-KR"/>
              </w:rPr>
              <w:t>,VAT</w:t>
            </w:r>
            <w:r>
              <w:rPr>
                <w:b/>
                <w:color w:val="FFFFFF"/>
                <w:sz w:val="18"/>
                <w:lang w:eastAsia="ko-KR"/>
              </w:rPr>
              <w:t>포함</w:t>
            </w:r>
            <w:r>
              <w:rPr>
                <w:b/>
                <w:color w:val="FFFFFF"/>
                <w:sz w:val="18"/>
                <w:lang w:eastAsia="ko-KR"/>
              </w:rPr>
              <w:t>)</w:t>
            </w:r>
          </w:p>
        </w:tc>
        <w:tc>
          <w:tcPr>
            <w:tcW w:w="1584" w:type="dxa"/>
            <w:shd w:val="clear" w:color="auto" w:fill="1B365D"/>
            <w:tcMar>
              <w:top w:w="140" w:type="dxa"/>
              <w:left w:w="60" w:type="dxa"/>
              <w:bottom w:w="140" w:type="dxa"/>
              <w:right w:w="60" w:type="dxa"/>
            </w:tcMar>
          </w:tcPr>
          <w:p w14:paraId="2D9AAB37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8"/>
              </w:rPr>
              <w:t>사업기간</w:t>
            </w:r>
          </w:p>
        </w:tc>
        <w:tc>
          <w:tcPr>
            <w:tcW w:w="576" w:type="dxa"/>
            <w:shd w:val="clear" w:color="auto" w:fill="1B365D"/>
            <w:tcMar>
              <w:top w:w="140" w:type="dxa"/>
              <w:left w:w="60" w:type="dxa"/>
              <w:bottom w:w="140" w:type="dxa"/>
              <w:right w:w="60" w:type="dxa"/>
            </w:tcMar>
          </w:tcPr>
          <w:p w14:paraId="21A72AC2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8"/>
              </w:rPr>
              <w:t>비고</w:t>
            </w:r>
          </w:p>
        </w:tc>
      </w:tr>
      <w:tr w:rsidR="00D37A3B" w14:paraId="590AE90B" w14:textId="77777777">
        <w:trPr>
          <w:jc w:val="center"/>
        </w:trPr>
        <w:tc>
          <w:tcPr>
            <w:tcW w:w="86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BFD095C" w14:textId="77777777" w:rsidR="00D37A3B" w:rsidRDefault="00EC1DE1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168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55CED0F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8FF1BBD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DD7D97B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CBF29E3" w14:textId="77777777" w:rsidR="00D37A3B" w:rsidRDefault="00EC1DE1">
            <w:pPr>
              <w:jc w:val="center"/>
            </w:pPr>
            <w:r>
              <w:rPr>
                <w:sz w:val="17"/>
              </w:rPr>
              <w:t>20  .  .  . ~</w:t>
            </w:r>
            <w:r>
              <w:rPr>
                <w:sz w:val="17"/>
              </w:rPr>
              <w:br/>
              <w:t>20  .  .  .</w:t>
            </w:r>
          </w:p>
        </w:tc>
        <w:tc>
          <w:tcPr>
            <w:tcW w:w="57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CB6BA04" w14:textId="77777777" w:rsidR="00D37A3B" w:rsidRDefault="00D37A3B"/>
        </w:tc>
      </w:tr>
      <w:tr w:rsidR="00D37A3B" w14:paraId="2CE4198D" w14:textId="77777777">
        <w:trPr>
          <w:jc w:val="center"/>
        </w:trPr>
        <w:tc>
          <w:tcPr>
            <w:tcW w:w="86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29B30AD" w14:textId="77777777" w:rsidR="00D37A3B" w:rsidRDefault="00EC1DE1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3168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6A722FA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4F5D19F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577A3D1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9D467B5" w14:textId="77777777" w:rsidR="00D37A3B" w:rsidRDefault="00EC1DE1">
            <w:pPr>
              <w:jc w:val="center"/>
            </w:pPr>
            <w:r>
              <w:rPr>
                <w:sz w:val="17"/>
              </w:rPr>
              <w:t>20  .  .  . ~</w:t>
            </w:r>
            <w:r>
              <w:rPr>
                <w:sz w:val="17"/>
              </w:rPr>
              <w:br/>
              <w:t>20  .  .  .</w:t>
            </w:r>
          </w:p>
        </w:tc>
        <w:tc>
          <w:tcPr>
            <w:tcW w:w="57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49B8258" w14:textId="77777777" w:rsidR="00D37A3B" w:rsidRDefault="00D37A3B"/>
        </w:tc>
      </w:tr>
      <w:tr w:rsidR="00D37A3B" w14:paraId="298DA5C2" w14:textId="77777777">
        <w:trPr>
          <w:jc w:val="center"/>
        </w:trPr>
        <w:tc>
          <w:tcPr>
            <w:tcW w:w="86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5B4F6D0" w14:textId="77777777" w:rsidR="00D37A3B" w:rsidRDefault="00EC1DE1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3168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A6D5311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F189448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FD7794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2E15869" w14:textId="77777777" w:rsidR="00D37A3B" w:rsidRDefault="00EC1DE1">
            <w:pPr>
              <w:jc w:val="center"/>
            </w:pPr>
            <w:r>
              <w:rPr>
                <w:sz w:val="17"/>
              </w:rPr>
              <w:t>20  .  .  . ~</w:t>
            </w:r>
            <w:r>
              <w:rPr>
                <w:sz w:val="17"/>
              </w:rPr>
              <w:br/>
              <w:t>20  .  .  .</w:t>
            </w:r>
          </w:p>
        </w:tc>
        <w:tc>
          <w:tcPr>
            <w:tcW w:w="57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A09805A" w14:textId="77777777" w:rsidR="00D37A3B" w:rsidRDefault="00D37A3B"/>
        </w:tc>
      </w:tr>
      <w:tr w:rsidR="00D37A3B" w14:paraId="5FB6A0FB" w14:textId="77777777">
        <w:trPr>
          <w:jc w:val="center"/>
        </w:trPr>
        <w:tc>
          <w:tcPr>
            <w:tcW w:w="86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A1CCBA2" w14:textId="77777777" w:rsidR="00D37A3B" w:rsidRDefault="00EC1DE1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3168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DBCDC9D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1688046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10DE668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D4CE99C" w14:textId="77777777" w:rsidR="00D37A3B" w:rsidRDefault="00EC1DE1">
            <w:pPr>
              <w:jc w:val="center"/>
            </w:pPr>
            <w:r>
              <w:rPr>
                <w:sz w:val="17"/>
              </w:rPr>
              <w:t>20  .  .  . ~</w:t>
            </w:r>
            <w:r>
              <w:rPr>
                <w:sz w:val="17"/>
              </w:rPr>
              <w:br/>
              <w:t>20  .  .  .</w:t>
            </w:r>
          </w:p>
        </w:tc>
        <w:tc>
          <w:tcPr>
            <w:tcW w:w="57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AAB10F8" w14:textId="77777777" w:rsidR="00D37A3B" w:rsidRDefault="00D37A3B"/>
        </w:tc>
      </w:tr>
      <w:tr w:rsidR="00D37A3B" w14:paraId="02D3D4AD" w14:textId="77777777">
        <w:trPr>
          <w:jc w:val="center"/>
        </w:trPr>
        <w:tc>
          <w:tcPr>
            <w:tcW w:w="86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C4AA16F" w14:textId="77777777" w:rsidR="00D37A3B" w:rsidRDefault="00EC1DE1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168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62020E0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99A0D77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6034AC7" w14:textId="77777777" w:rsidR="00D37A3B" w:rsidRDefault="00D37A3B"/>
        </w:tc>
        <w:tc>
          <w:tcPr>
            <w:tcW w:w="1584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7585EC8" w14:textId="77777777" w:rsidR="00D37A3B" w:rsidRDefault="00EC1DE1">
            <w:pPr>
              <w:jc w:val="center"/>
            </w:pPr>
            <w:r>
              <w:rPr>
                <w:sz w:val="17"/>
              </w:rPr>
              <w:t>20  .  .  . ~</w:t>
            </w:r>
            <w:r>
              <w:rPr>
                <w:sz w:val="17"/>
              </w:rPr>
              <w:br/>
              <w:t>20  .  .  .</w:t>
            </w:r>
          </w:p>
        </w:tc>
        <w:tc>
          <w:tcPr>
            <w:tcW w:w="576" w:type="dxa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438D1C2" w14:textId="77777777" w:rsidR="00D37A3B" w:rsidRDefault="00D37A3B"/>
        </w:tc>
      </w:tr>
    </w:tbl>
    <w:p w14:paraId="1392921E" w14:textId="77777777" w:rsidR="00D37A3B" w:rsidRDefault="00EC1DE1">
      <w:pPr>
        <w:spacing w:before="240" w:after="80"/>
      </w:pPr>
      <w:r>
        <w:rPr>
          <w:b/>
          <w:sz w:val="18"/>
        </w:rPr>
        <w:t xml:space="preserve">※ </w:t>
      </w:r>
      <w:r>
        <w:rPr>
          <w:b/>
          <w:sz w:val="18"/>
        </w:rPr>
        <w:t>작성</w:t>
      </w:r>
      <w:r>
        <w:rPr>
          <w:b/>
          <w:sz w:val="18"/>
        </w:rPr>
        <w:t xml:space="preserve"> </w:t>
      </w:r>
      <w:r>
        <w:rPr>
          <w:b/>
          <w:sz w:val="18"/>
        </w:rPr>
        <w:t>유의사항</w:t>
      </w:r>
      <w:r>
        <w:rPr>
          <w:b/>
          <w:sz w:val="18"/>
        </w:rPr>
        <w:t>:</w:t>
      </w:r>
    </w:p>
    <w:p w14:paraId="78FC5540" w14:textId="77777777" w:rsidR="00D37A3B" w:rsidRDefault="00EC1DE1">
      <w:pPr>
        <w:spacing w:after="40"/>
        <w:ind w:left="216"/>
        <w:rPr>
          <w:lang w:eastAsia="ko-KR"/>
        </w:rPr>
      </w:pPr>
      <w:r>
        <w:rPr>
          <w:color w:val="666666"/>
          <w:sz w:val="17"/>
          <w:lang w:eastAsia="ko-KR"/>
        </w:rPr>
        <w:t xml:space="preserve">1. </w:t>
      </w:r>
      <w:r>
        <w:rPr>
          <w:color w:val="666666"/>
          <w:sz w:val="17"/>
          <w:lang w:eastAsia="ko-KR"/>
        </w:rPr>
        <w:t>국가</w:t>
      </w:r>
      <w:r>
        <w:rPr>
          <w:color w:val="666666"/>
          <w:sz w:val="17"/>
          <w:lang w:eastAsia="ko-KR"/>
        </w:rPr>
        <w:t xml:space="preserve">, </w:t>
      </w:r>
      <w:r>
        <w:rPr>
          <w:color w:val="666666"/>
          <w:sz w:val="17"/>
          <w:lang w:eastAsia="ko-KR"/>
        </w:rPr>
        <w:t>지자체</w:t>
      </w:r>
      <w:r>
        <w:rPr>
          <w:color w:val="666666"/>
          <w:sz w:val="17"/>
          <w:lang w:eastAsia="ko-KR"/>
        </w:rPr>
        <w:t xml:space="preserve">, </w:t>
      </w:r>
      <w:r>
        <w:rPr>
          <w:color w:val="666666"/>
          <w:sz w:val="17"/>
          <w:lang w:eastAsia="ko-KR"/>
        </w:rPr>
        <w:t>공공기관</w:t>
      </w:r>
      <w:r>
        <w:rPr>
          <w:color w:val="666666"/>
          <w:sz w:val="17"/>
          <w:lang w:eastAsia="ko-KR"/>
        </w:rPr>
        <w:t xml:space="preserve">, </w:t>
      </w:r>
      <w:r>
        <w:rPr>
          <w:color w:val="666666"/>
          <w:sz w:val="17"/>
          <w:lang w:eastAsia="ko-KR"/>
        </w:rPr>
        <w:t>대학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등에서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발주한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청년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취</w:t>
      </w:r>
      <w:r>
        <w:rPr>
          <w:color w:val="666666"/>
          <w:sz w:val="17"/>
          <w:lang w:eastAsia="ko-KR"/>
        </w:rPr>
        <w:t>·</w:t>
      </w:r>
      <w:r>
        <w:rPr>
          <w:color w:val="666666"/>
          <w:sz w:val="17"/>
          <w:lang w:eastAsia="ko-KR"/>
        </w:rPr>
        <w:t>창업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지원</w:t>
      </w:r>
      <w:r>
        <w:rPr>
          <w:color w:val="666666"/>
          <w:sz w:val="17"/>
          <w:lang w:eastAsia="ko-KR"/>
        </w:rPr>
        <w:t xml:space="preserve">, </w:t>
      </w:r>
      <w:r>
        <w:rPr>
          <w:color w:val="666666"/>
          <w:sz w:val="17"/>
          <w:lang w:eastAsia="ko-KR"/>
        </w:rPr>
        <w:t>직업교육</w:t>
      </w:r>
      <w:r>
        <w:rPr>
          <w:color w:val="666666"/>
          <w:sz w:val="17"/>
          <w:lang w:eastAsia="ko-KR"/>
        </w:rPr>
        <w:t xml:space="preserve">, </w:t>
      </w:r>
      <w:r>
        <w:rPr>
          <w:color w:val="666666"/>
          <w:sz w:val="17"/>
          <w:lang w:eastAsia="ko-KR"/>
        </w:rPr>
        <w:t>디지털</w:t>
      </w:r>
      <w:r>
        <w:rPr>
          <w:color w:val="666666"/>
          <w:sz w:val="17"/>
          <w:lang w:eastAsia="ko-KR"/>
        </w:rPr>
        <w:t xml:space="preserve">·AI </w:t>
      </w:r>
      <w:r>
        <w:rPr>
          <w:color w:val="666666"/>
          <w:sz w:val="17"/>
          <w:lang w:eastAsia="ko-KR"/>
        </w:rPr>
        <w:t>인재양성</w:t>
      </w:r>
      <w:r>
        <w:rPr>
          <w:color w:val="666666"/>
          <w:sz w:val="17"/>
          <w:lang w:eastAsia="ko-KR"/>
        </w:rPr>
        <w:t xml:space="preserve">, </w:t>
      </w:r>
      <w:r>
        <w:rPr>
          <w:color w:val="666666"/>
          <w:sz w:val="17"/>
          <w:lang w:eastAsia="ko-KR"/>
        </w:rPr>
        <w:t>교육운영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또는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취업지원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관련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용역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실적을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우선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기재</w:t>
      </w:r>
      <w:r>
        <w:rPr>
          <w:color w:val="666666"/>
          <w:sz w:val="17"/>
          <w:lang w:eastAsia="ko-KR"/>
        </w:rPr>
        <w:t>.</w:t>
      </w:r>
    </w:p>
    <w:p w14:paraId="035F6C9E" w14:textId="77777777" w:rsidR="00D37A3B" w:rsidRDefault="00EC1DE1">
      <w:pPr>
        <w:spacing w:after="40"/>
        <w:ind w:left="216"/>
        <w:rPr>
          <w:lang w:eastAsia="ko-KR"/>
        </w:rPr>
      </w:pPr>
      <w:r>
        <w:rPr>
          <w:color w:val="666666"/>
          <w:sz w:val="17"/>
          <w:lang w:eastAsia="ko-KR"/>
        </w:rPr>
        <w:t xml:space="preserve">2. </w:t>
      </w:r>
      <w:r>
        <w:rPr>
          <w:color w:val="666666"/>
          <w:sz w:val="17"/>
          <w:lang w:eastAsia="ko-KR"/>
        </w:rPr>
        <w:t>완료된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사업만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작성하며</w:t>
      </w:r>
      <w:r>
        <w:rPr>
          <w:color w:val="666666"/>
          <w:sz w:val="17"/>
          <w:lang w:eastAsia="ko-KR"/>
        </w:rPr>
        <w:t>, [</w:t>
      </w:r>
      <w:r>
        <w:rPr>
          <w:color w:val="666666"/>
          <w:sz w:val="17"/>
          <w:lang w:eastAsia="ko-KR"/>
        </w:rPr>
        <w:t>서식</w:t>
      </w:r>
      <w:r>
        <w:rPr>
          <w:color w:val="666666"/>
          <w:sz w:val="17"/>
          <w:lang w:eastAsia="ko-KR"/>
        </w:rPr>
        <w:t xml:space="preserve"> 4] </w:t>
      </w:r>
      <w:r>
        <w:rPr>
          <w:color w:val="666666"/>
          <w:sz w:val="17"/>
          <w:lang w:eastAsia="ko-KR"/>
        </w:rPr>
        <w:t>수행실적증명서</w:t>
      </w:r>
      <w:r>
        <w:rPr>
          <w:color w:val="666666"/>
          <w:sz w:val="17"/>
          <w:lang w:eastAsia="ko-KR"/>
        </w:rPr>
        <w:t>(</w:t>
      </w:r>
      <w:r>
        <w:rPr>
          <w:color w:val="666666"/>
          <w:sz w:val="17"/>
          <w:lang w:eastAsia="ko-KR"/>
        </w:rPr>
        <w:t>또는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발주처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실적증명원</w:t>
      </w:r>
      <w:r>
        <w:rPr>
          <w:color w:val="666666"/>
          <w:sz w:val="17"/>
          <w:lang w:eastAsia="ko-KR"/>
        </w:rPr>
        <w:t xml:space="preserve">, </w:t>
      </w:r>
      <w:r>
        <w:rPr>
          <w:color w:val="666666"/>
          <w:sz w:val="17"/>
          <w:lang w:eastAsia="ko-KR"/>
        </w:rPr>
        <w:t>계약서</w:t>
      </w:r>
      <w:r>
        <w:rPr>
          <w:color w:val="666666"/>
          <w:sz w:val="17"/>
          <w:lang w:eastAsia="ko-KR"/>
        </w:rPr>
        <w:t>·</w:t>
      </w:r>
      <w:r>
        <w:rPr>
          <w:color w:val="666666"/>
          <w:sz w:val="17"/>
          <w:lang w:eastAsia="ko-KR"/>
        </w:rPr>
        <w:t>세금계산서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보완자료</w:t>
      </w:r>
      <w:r>
        <w:rPr>
          <w:color w:val="666666"/>
          <w:sz w:val="17"/>
          <w:lang w:eastAsia="ko-KR"/>
        </w:rPr>
        <w:t>)</w:t>
      </w:r>
      <w:r>
        <w:rPr>
          <w:color w:val="666666"/>
          <w:sz w:val="17"/>
          <w:lang w:eastAsia="ko-KR"/>
        </w:rPr>
        <w:t>를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반드시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첨부</w:t>
      </w:r>
      <w:r>
        <w:rPr>
          <w:color w:val="666666"/>
          <w:sz w:val="17"/>
          <w:lang w:eastAsia="ko-KR"/>
        </w:rPr>
        <w:t>.</w:t>
      </w:r>
    </w:p>
    <w:p w14:paraId="7ED6A051" w14:textId="77777777" w:rsidR="00D37A3B" w:rsidRDefault="00EC1DE1">
      <w:pPr>
        <w:spacing w:after="40"/>
        <w:ind w:left="216"/>
        <w:rPr>
          <w:lang w:eastAsia="ko-KR"/>
        </w:rPr>
      </w:pPr>
      <w:r>
        <w:rPr>
          <w:color w:val="666666"/>
          <w:sz w:val="17"/>
          <w:lang w:eastAsia="ko-KR"/>
        </w:rPr>
        <w:t xml:space="preserve">3. </w:t>
      </w:r>
      <w:r>
        <w:rPr>
          <w:color w:val="666666"/>
          <w:sz w:val="17"/>
          <w:lang w:eastAsia="ko-KR"/>
        </w:rPr>
        <w:t>하도급인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경우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발주처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승인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여부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및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원도급자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명시</w:t>
      </w:r>
      <w:r>
        <w:rPr>
          <w:color w:val="666666"/>
          <w:sz w:val="17"/>
          <w:lang w:eastAsia="ko-KR"/>
        </w:rPr>
        <w:t>.</w:t>
      </w:r>
    </w:p>
    <w:p w14:paraId="0AD1491A" w14:textId="77777777" w:rsidR="00D37A3B" w:rsidRDefault="00EC1DE1">
      <w:pPr>
        <w:rPr>
          <w:lang w:eastAsia="ko-KR"/>
        </w:rPr>
      </w:pPr>
      <w:r>
        <w:rPr>
          <w:lang w:eastAsia="ko-KR"/>
        </w:rPr>
        <w:br w:type="page"/>
      </w:r>
    </w:p>
    <w:p w14:paraId="19EE1FB9" w14:textId="77777777" w:rsidR="00D37A3B" w:rsidRDefault="00EC1DE1">
      <w:pPr>
        <w:spacing w:before="300"/>
      </w:pPr>
      <w:r>
        <w:rPr>
          <w:b/>
          <w:color w:val="1B365D"/>
          <w:sz w:val="28"/>
        </w:rPr>
        <w:lastRenderedPageBreak/>
        <w:t>[</w:t>
      </w:r>
      <w:r>
        <w:rPr>
          <w:b/>
          <w:color w:val="1B365D"/>
          <w:sz w:val="28"/>
        </w:rPr>
        <w:t>서식</w:t>
      </w:r>
      <w:r>
        <w:rPr>
          <w:b/>
          <w:color w:val="1B365D"/>
          <w:sz w:val="28"/>
        </w:rPr>
        <w:t xml:space="preserve"> 4] </w:t>
      </w:r>
      <w:r>
        <w:rPr>
          <w:b/>
          <w:color w:val="1B365D"/>
          <w:sz w:val="28"/>
        </w:rPr>
        <w:t>수행실적증명서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1728"/>
        <w:gridCol w:w="1872"/>
        <w:gridCol w:w="2880"/>
        <w:gridCol w:w="2880"/>
      </w:tblGrid>
      <w:tr w:rsidR="00D37A3B" w14:paraId="48C53E3E" w14:textId="77777777">
        <w:trPr>
          <w:jc w:val="center"/>
        </w:trPr>
        <w:tc>
          <w:tcPr>
            <w:tcW w:w="1728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3B54D" w14:textId="77777777" w:rsidR="00D37A3B" w:rsidRDefault="00EC1DE1">
            <w:pPr>
              <w:spacing w:after="0"/>
            </w:pPr>
            <w:r>
              <w:rPr>
                <w:b/>
                <w:sz w:val="18"/>
              </w:rPr>
              <w:t>신청인</w:t>
            </w:r>
          </w:p>
        </w:tc>
        <w:tc>
          <w:tcPr>
            <w:tcW w:w="187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F348C" w14:textId="77777777" w:rsidR="00D37A3B" w:rsidRDefault="00EC1DE1">
            <w:pPr>
              <w:spacing w:after="0"/>
            </w:pPr>
            <w:r>
              <w:rPr>
                <w:b/>
                <w:sz w:val="18"/>
              </w:rPr>
              <w:t>업체명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FB613" w14:textId="77777777" w:rsidR="00D37A3B" w:rsidRDefault="00D37A3B">
            <w:pPr>
              <w:spacing w:after="0"/>
            </w:pPr>
          </w:p>
        </w:tc>
        <w:tc>
          <w:tcPr>
            <w:tcW w:w="288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8E13B" w14:textId="77777777" w:rsidR="00D37A3B" w:rsidRDefault="00EC1DE1">
            <w:pPr>
              <w:spacing w:after="0"/>
            </w:pPr>
            <w:r>
              <w:rPr>
                <w:b/>
                <w:sz w:val="18"/>
              </w:rPr>
              <w:t>대표자</w:t>
            </w:r>
            <w:r>
              <w:rPr>
                <w:b/>
                <w:sz w:val="18"/>
              </w:rPr>
              <w:t xml:space="preserve">: </w:t>
            </w:r>
          </w:p>
        </w:tc>
      </w:tr>
      <w:tr w:rsidR="00D37A3B" w14:paraId="2AA4ECC8" w14:textId="77777777">
        <w:trPr>
          <w:jc w:val="center"/>
        </w:trPr>
        <w:tc>
          <w:tcPr>
            <w:tcW w:w="1728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1B800" w14:textId="77777777" w:rsidR="00D37A3B" w:rsidRDefault="00D37A3B">
            <w:pPr>
              <w:spacing w:after="0"/>
            </w:pPr>
          </w:p>
        </w:tc>
        <w:tc>
          <w:tcPr>
            <w:tcW w:w="187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CABEC" w14:textId="77777777" w:rsidR="00D37A3B" w:rsidRDefault="00EC1DE1">
            <w:pPr>
              <w:spacing w:after="0"/>
            </w:pPr>
            <w:r>
              <w:rPr>
                <w:b/>
                <w:sz w:val="18"/>
              </w:rPr>
              <w:t>주소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C40FE" w14:textId="77777777" w:rsidR="00D37A3B" w:rsidRDefault="00D37A3B">
            <w:pPr>
              <w:spacing w:after="0"/>
            </w:pPr>
          </w:p>
        </w:tc>
        <w:tc>
          <w:tcPr>
            <w:tcW w:w="288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63C52" w14:textId="77777777" w:rsidR="00D37A3B" w:rsidRDefault="00EC1DE1">
            <w:pPr>
              <w:spacing w:after="0"/>
            </w:pPr>
            <w:r>
              <w:rPr>
                <w:b/>
                <w:sz w:val="18"/>
              </w:rPr>
              <w:t>전화</w:t>
            </w:r>
            <w:r>
              <w:rPr>
                <w:b/>
                <w:sz w:val="18"/>
              </w:rPr>
              <w:t xml:space="preserve">: </w:t>
            </w:r>
          </w:p>
        </w:tc>
      </w:tr>
      <w:tr w:rsidR="00D37A3B" w14:paraId="79481A9C" w14:textId="77777777">
        <w:trPr>
          <w:jc w:val="center"/>
        </w:trPr>
        <w:tc>
          <w:tcPr>
            <w:tcW w:w="1728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C8A14" w14:textId="77777777" w:rsidR="00D37A3B" w:rsidRDefault="00EC1DE1">
            <w:pPr>
              <w:spacing w:after="0"/>
            </w:pPr>
            <w:r>
              <w:rPr>
                <w:b/>
                <w:sz w:val="18"/>
              </w:rPr>
              <w:t>수행실적</w:t>
            </w:r>
            <w:r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t>내용</w:t>
            </w:r>
          </w:p>
        </w:tc>
        <w:tc>
          <w:tcPr>
            <w:tcW w:w="187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9D771" w14:textId="77777777" w:rsidR="00D37A3B" w:rsidRDefault="00EC1DE1">
            <w:pPr>
              <w:spacing w:after="0"/>
            </w:pPr>
            <w:r>
              <w:rPr>
                <w:b/>
                <w:sz w:val="18"/>
              </w:rPr>
              <w:t>사업명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ACA0B" w14:textId="6AFD9797" w:rsidR="00D37A3B" w:rsidRDefault="00D37A3B">
            <w:pPr>
              <w:spacing w:after="0"/>
              <w:rPr>
                <w:lang w:eastAsia="ko-KR"/>
              </w:rPr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5C01E" w14:textId="77777777" w:rsidR="00D37A3B" w:rsidRDefault="00D37A3B">
            <w:pPr>
              <w:spacing w:after="0"/>
              <w:rPr>
                <w:lang w:eastAsia="ko-KR"/>
              </w:rPr>
            </w:pPr>
          </w:p>
        </w:tc>
      </w:tr>
      <w:tr w:rsidR="00D37A3B" w14:paraId="7A0480D6" w14:textId="77777777">
        <w:trPr>
          <w:jc w:val="center"/>
        </w:trPr>
        <w:tc>
          <w:tcPr>
            <w:tcW w:w="1728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1B919" w14:textId="77777777" w:rsidR="00D37A3B" w:rsidRDefault="00D37A3B">
            <w:pPr>
              <w:spacing w:after="0"/>
              <w:rPr>
                <w:lang w:eastAsia="ko-KR"/>
              </w:rPr>
            </w:pPr>
          </w:p>
        </w:tc>
        <w:tc>
          <w:tcPr>
            <w:tcW w:w="187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6D99C" w14:textId="77777777" w:rsidR="00D37A3B" w:rsidRDefault="00EC1DE1">
            <w:pPr>
              <w:spacing w:after="0"/>
            </w:pPr>
            <w:r>
              <w:rPr>
                <w:b/>
                <w:sz w:val="18"/>
              </w:rPr>
              <w:t>사업구분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7143C" w14:textId="1DAD6761" w:rsidR="00D37A3B" w:rsidRDefault="00EC1DE1">
            <w:pPr>
              <w:spacing w:after="0"/>
              <w:rPr>
                <w:lang w:eastAsia="ko-KR"/>
              </w:rPr>
            </w:pPr>
            <w:r>
              <w:rPr>
                <w:sz w:val="18"/>
                <w:lang w:eastAsia="ko-KR"/>
              </w:rPr>
              <w:t xml:space="preserve">□ </w:t>
            </w:r>
            <w:r>
              <w:rPr>
                <w:sz w:val="18"/>
                <w:lang w:eastAsia="ko-KR"/>
              </w:rPr>
              <w:t>청년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취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창업지원</w:t>
            </w:r>
            <w:r>
              <w:rPr>
                <w:sz w:val="18"/>
                <w:lang w:eastAsia="ko-KR"/>
              </w:rPr>
              <w:t xml:space="preserve">   □</w:t>
            </w:r>
            <w:r>
              <w:rPr>
                <w:sz w:val="18"/>
                <w:lang w:eastAsia="ko-KR"/>
              </w:rPr>
              <w:t>디지털</w:t>
            </w:r>
            <w:r>
              <w:rPr>
                <w:sz w:val="18"/>
                <w:lang w:eastAsia="ko-KR"/>
              </w:rPr>
              <w:t xml:space="preserve">/AI </w:t>
            </w:r>
            <w:r>
              <w:rPr>
                <w:sz w:val="18"/>
                <w:lang w:eastAsia="ko-KR"/>
              </w:rPr>
              <w:t>직업교육</w:t>
            </w:r>
            <w:r>
              <w:rPr>
                <w:sz w:val="18"/>
                <w:lang w:eastAsia="ko-KR"/>
              </w:rPr>
              <w:br/>
              <w:t xml:space="preserve">□ </w:t>
            </w:r>
            <w:r>
              <w:rPr>
                <w:sz w:val="18"/>
                <w:lang w:eastAsia="ko-KR"/>
              </w:rPr>
              <w:t>용역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행사대행</w:t>
            </w:r>
            <w:r>
              <w:rPr>
                <w:sz w:val="18"/>
                <w:lang w:eastAsia="ko-KR"/>
              </w:rPr>
              <w:t xml:space="preserve">       □ </w:t>
            </w:r>
            <w:r>
              <w:rPr>
                <w:sz w:val="18"/>
                <w:lang w:eastAsia="ko-KR"/>
              </w:rPr>
              <w:t>기타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FFE1D" w14:textId="77777777" w:rsidR="00D37A3B" w:rsidRDefault="00D37A3B">
            <w:pPr>
              <w:spacing w:after="0"/>
              <w:rPr>
                <w:lang w:eastAsia="ko-KR"/>
              </w:rPr>
            </w:pPr>
          </w:p>
        </w:tc>
      </w:tr>
      <w:tr w:rsidR="00D37A3B" w14:paraId="4595BE83" w14:textId="77777777">
        <w:trPr>
          <w:jc w:val="center"/>
        </w:trPr>
        <w:tc>
          <w:tcPr>
            <w:tcW w:w="1728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F9DF0" w14:textId="77777777" w:rsidR="00D37A3B" w:rsidRDefault="00D37A3B">
            <w:pPr>
              <w:spacing w:after="0"/>
              <w:rPr>
                <w:lang w:eastAsia="ko-KR"/>
              </w:rPr>
            </w:pPr>
          </w:p>
        </w:tc>
        <w:tc>
          <w:tcPr>
            <w:tcW w:w="187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AADF8" w14:textId="77777777" w:rsidR="00D37A3B" w:rsidRDefault="00EC1DE1">
            <w:pPr>
              <w:spacing w:after="0"/>
            </w:pPr>
            <w:r>
              <w:rPr>
                <w:b/>
                <w:sz w:val="18"/>
              </w:rPr>
              <w:t>계약기간</w:t>
            </w:r>
            <w:r>
              <w:rPr>
                <w:b/>
                <w:sz w:val="18"/>
              </w:rPr>
              <w:t>/</w:t>
            </w:r>
            <w:r>
              <w:rPr>
                <w:b/>
                <w:sz w:val="18"/>
              </w:rPr>
              <w:t>금액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0DC42" w14:textId="77777777" w:rsidR="00D37A3B" w:rsidRDefault="00EC1DE1">
            <w:pPr>
              <w:spacing w:after="0"/>
              <w:rPr>
                <w:lang w:eastAsia="ko-KR"/>
              </w:rPr>
            </w:pPr>
            <w:r>
              <w:rPr>
                <w:sz w:val="18"/>
                <w:lang w:eastAsia="ko-KR"/>
              </w:rPr>
              <w:t>기간</w:t>
            </w:r>
            <w:r>
              <w:rPr>
                <w:sz w:val="18"/>
                <w:lang w:eastAsia="ko-KR"/>
              </w:rPr>
              <w:t>: 20   .   .   . ~ 20   .   .   .</w:t>
            </w:r>
            <w:r>
              <w:rPr>
                <w:sz w:val="18"/>
                <w:lang w:eastAsia="ko-KR"/>
              </w:rPr>
              <w:br/>
            </w:r>
            <w:r>
              <w:rPr>
                <w:sz w:val="18"/>
                <w:lang w:eastAsia="ko-KR"/>
              </w:rPr>
              <w:t>금액</w:t>
            </w:r>
            <w:r>
              <w:rPr>
                <w:sz w:val="18"/>
                <w:lang w:eastAsia="ko-KR"/>
              </w:rPr>
              <w:t xml:space="preserve">: </w:t>
            </w:r>
            <w:r>
              <w:rPr>
                <w:sz w:val="18"/>
                <w:lang w:eastAsia="ko-KR"/>
              </w:rPr>
              <w:t>금</w:t>
            </w:r>
            <w:r>
              <w:rPr>
                <w:sz w:val="18"/>
                <w:lang w:eastAsia="ko-KR"/>
              </w:rPr>
              <w:t xml:space="preserve">                   </w:t>
            </w:r>
            <w:r>
              <w:rPr>
                <w:sz w:val="18"/>
                <w:lang w:eastAsia="ko-KR"/>
              </w:rPr>
              <w:t>원</w:t>
            </w:r>
            <w:r>
              <w:rPr>
                <w:sz w:val="18"/>
                <w:lang w:eastAsia="ko-KR"/>
              </w:rPr>
              <w:t xml:space="preserve"> (VAT</w:t>
            </w:r>
            <w:r>
              <w:rPr>
                <w:sz w:val="18"/>
                <w:lang w:eastAsia="ko-KR"/>
              </w:rPr>
              <w:t>포함</w:t>
            </w:r>
            <w:r>
              <w:rPr>
                <w:sz w:val="18"/>
                <w:lang w:eastAsia="ko-KR"/>
              </w:rPr>
              <w:t>)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EAFAA" w14:textId="77777777" w:rsidR="00D37A3B" w:rsidRDefault="00D37A3B">
            <w:pPr>
              <w:spacing w:after="0"/>
              <w:rPr>
                <w:lang w:eastAsia="ko-KR"/>
              </w:rPr>
            </w:pPr>
          </w:p>
        </w:tc>
      </w:tr>
      <w:tr w:rsidR="00D37A3B" w14:paraId="25C2F9B5" w14:textId="77777777">
        <w:trPr>
          <w:jc w:val="center"/>
        </w:trPr>
        <w:tc>
          <w:tcPr>
            <w:tcW w:w="1728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A7272" w14:textId="77777777" w:rsidR="00D37A3B" w:rsidRDefault="00EC1DE1">
            <w:pPr>
              <w:spacing w:after="0"/>
            </w:pPr>
            <w:r>
              <w:rPr>
                <w:b/>
                <w:sz w:val="18"/>
              </w:rPr>
              <w:t>발급기관</w:t>
            </w:r>
            <w:r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t>확인</w:t>
            </w:r>
          </w:p>
        </w:tc>
        <w:tc>
          <w:tcPr>
            <w:tcW w:w="187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54480" w14:textId="77777777" w:rsidR="00D37A3B" w:rsidRDefault="00EC1DE1">
            <w:pPr>
              <w:spacing w:after="0"/>
            </w:pPr>
            <w:r>
              <w:rPr>
                <w:b/>
                <w:sz w:val="18"/>
              </w:rPr>
              <w:t>발급기관명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1A81C" w14:textId="77777777" w:rsidR="00D37A3B" w:rsidRDefault="00D37A3B">
            <w:pPr>
              <w:spacing w:after="0"/>
            </w:pPr>
          </w:p>
        </w:tc>
        <w:tc>
          <w:tcPr>
            <w:tcW w:w="2880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B0A32" w14:textId="77777777" w:rsidR="00D37A3B" w:rsidRDefault="00EC1DE1">
            <w:pPr>
              <w:spacing w:after="0"/>
            </w:pPr>
            <w:r>
              <w:rPr>
                <w:b/>
                <w:sz w:val="18"/>
              </w:rPr>
              <w:t>담당부서</w:t>
            </w:r>
            <w:r>
              <w:rPr>
                <w:b/>
                <w:sz w:val="18"/>
              </w:rPr>
              <w:t>/</w:t>
            </w:r>
            <w:r>
              <w:rPr>
                <w:b/>
                <w:sz w:val="18"/>
              </w:rPr>
              <w:t>연락처</w:t>
            </w:r>
            <w:r>
              <w:rPr>
                <w:b/>
                <w:sz w:val="18"/>
              </w:rPr>
              <w:t xml:space="preserve">: </w:t>
            </w:r>
          </w:p>
        </w:tc>
      </w:tr>
      <w:tr w:rsidR="00D37A3B" w14:paraId="0E8B1862" w14:textId="77777777">
        <w:trPr>
          <w:jc w:val="center"/>
        </w:trPr>
        <w:tc>
          <w:tcPr>
            <w:tcW w:w="1728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24A8D" w14:textId="77777777" w:rsidR="00D37A3B" w:rsidRDefault="00D37A3B">
            <w:pPr>
              <w:spacing w:after="0"/>
            </w:pPr>
          </w:p>
        </w:tc>
        <w:tc>
          <w:tcPr>
            <w:tcW w:w="1872" w:type="dxa"/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2ED19" w14:textId="77777777" w:rsidR="00D37A3B" w:rsidRDefault="00EC1DE1">
            <w:pPr>
              <w:spacing w:after="0"/>
            </w:pPr>
            <w:r>
              <w:rPr>
                <w:b/>
                <w:sz w:val="18"/>
              </w:rPr>
              <w:t>발급일자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및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증명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EA4CE" w14:textId="77777777" w:rsidR="00D37A3B" w:rsidRDefault="00EC1DE1">
            <w:pPr>
              <w:spacing w:after="0"/>
              <w:rPr>
                <w:lang w:eastAsia="ko-KR"/>
              </w:rPr>
            </w:pPr>
            <w:r>
              <w:rPr>
                <w:sz w:val="18"/>
                <w:lang w:eastAsia="ko-KR"/>
              </w:rPr>
              <w:t>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사실을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증명함</w:t>
            </w:r>
            <w:r>
              <w:rPr>
                <w:sz w:val="18"/>
                <w:lang w:eastAsia="ko-KR"/>
              </w:rPr>
              <w:t>.</w:t>
            </w:r>
            <w:r>
              <w:rPr>
                <w:sz w:val="18"/>
                <w:lang w:eastAsia="ko-KR"/>
              </w:rPr>
              <w:br/>
            </w:r>
            <w:r>
              <w:rPr>
                <w:sz w:val="18"/>
                <w:lang w:eastAsia="ko-KR"/>
              </w:rPr>
              <w:br/>
              <w:t>2026</w:t>
            </w:r>
            <w:r>
              <w:rPr>
                <w:sz w:val="18"/>
                <w:lang w:eastAsia="ko-KR"/>
              </w:rPr>
              <w:t>년</w:t>
            </w:r>
            <w:r>
              <w:rPr>
                <w:sz w:val="18"/>
                <w:lang w:eastAsia="ko-KR"/>
              </w:rPr>
              <w:t xml:space="preserve">     </w:t>
            </w:r>
            <w:r>
              <w:rPr>
                <w:sz w:val="18"/>
                <w:lang w:eastAsia="ko-KR"/>
              </w:rPr>
              <w:t>월</w:t>
            </w:r>
            <w:r>
              <w:rPr>
                <w:sz w:val="18"/>
                <w:lang w:eastAsia="ko-KR"/>
              </w:rPr>
              <w:t xml:space="preserve">     </w:t>
            </w:r>
            <w:r>
              <w:rPr>
                <w:sz w:val="18"/>
                <w:lang w:eastAsia="ko-KR"/>
              </w:rPr>
              <w:t>일</w:t>
            </w:r>
            <w:r>
              <w:rPr>
                <w:sz w:val="18"/>
                <w:lang w:eastAsia="ko-KR"/>
              </w:rPr>
              <w:br/>
            </w:r>
            <w:r>
              <w:rPr>
                <w:sz w:val="18"/>
                <w:lang w:eastAsia="ko-KR"/>
              </w:rPr>
              <w:br/>
            </w:r>
            <w:r>
              <w:rPr>
                <w:sz w:val="18"/>
                <w:lang w:eastAsia="ko-KR"/>
              </w:rPr>
              <w:t>발주기관명</w:t>
            </w:r>
            <w:r>
              <w:rPr>
                <w:sz w:val="18"/>
                <w:lang w:eastAsia="ko-KR"/>
              </w:rPr>
              <w:t>:                          (</w:t>
            </w:r>
            <w:r>
              <w:rPr>
                <w:sz w:val="18"/>
                <w:lang w:eastAsia="ko-KR"/>
              </w:rPr>
              <w:t>직인</w:t>
            </w:r>
            <w:r>
              <w:rPr>
                <w:sz w:val="18"/>
                <w:lang w:eastAsia="ko-KR"/>
              </w:rPr>
              <w:t>)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5730A" w14:textId="77777777" w:rsidR="00D37A3B" w:rsidRDefault="00D37A3B">
            <w:pPr>
              <w:spacing w:after="0"/>
              <w:rPr>
                <w:lang w:eastAsia="ko-KR"/>
              </w:rPr>
            </w:pPr>
          </w:p>
        </w:tc>
      </w:tr>
    </w:tbl>
    <w:p w14:paraId="0933219A" w14:textId="77777777" w:rsidR="00D37A3B" w:rsidRDefault="00EC1DE1">
      <w:pPr>
        <w:spacing w:before="240" w:after="80"/>
        <w:rPr>
          <w:lang w:eastAsia="ko-KR"/>
        </w:rPr>
      </w:pPr>
      <w:r>
        <w:rPr>
          <w:b/>
          <w:sz w:val="18"/>
          <w:lang w:eastAsia="ko-KR"/>
        </w:rPr>
        <w:t xml:space="preserve">※ </w:t>
      </w:r>
      <w:r>
        <w:rPr>
          <w:b/>
          <w:sz w:val="18"/>
          <w:lang w:eastAsia="ko-KR"/>
        </w:rPr>
        <w:t>작성</w:t>
      </w:r>
      <w:r>
        <w:rPr>
          <w:b/>
          <w:sz w:val="18"/>
          <w:lang w:eastAsia="ko-KR"/>
        </w:rPr>
        <w:t xml:space="preserve"> </w:t>
      </w:r>
      <w:r>
        <w:rPr>
          <w:b/>
          <w:sz w:val="18"/>
          <w:lang w:eastAsia="ko-KR"/>
        </w:rPr>
        <w:t>유의사항</w:t>
      </w:r>
      <w:r>
        <w:rPr>
          <w:b/>
          <w:sz w:val="18"/>
          <w:lang w:eastAsia="ko-KR"/>
        </w:rPr>
        <w:t>:</w:t>
      </w:r>
    </w:p>
    <w:p w14:paraId="099CB4B1" w14:textId="77777777" w:rsidR="00D37A3B" w:rsidRDefault="00EC1DE1">
      <w:pPr>
        <w:spacing w:after="40"/>
        <w:ind w:left="216"/>
        <w:rPr>
          <w:lang w:eastAsia="ko-KR"/>
        </w:rPr>
      </w:pPr>
      <w:r>
        <w:rPr>
          <w:color w:val="666666"/>
          <w:sz w:val="17"/>
          <w:lang w:eastAsia="ko-KR"/>
        </w:rPr>
        <w:t xml:space="preserve">1. </w:t>
      </w:r>
      <w:r>
        <w:rPr>
          <w:color w:val="666666"/>
          <w:sz w:val="17"/>
          <w:lang w:eastAsia="ko-KR"/>
        </w:rPr>
        <w:t>발주기관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발행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실적증명서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원본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제출을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원칙으로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함</w:t>
      </w:r>
      <w:r>
        <w:rPr>
          <w:color w:val="666666"/>
          <w:sz w:val="17"/>
          <w:lang w:eastAsia="ko-KR"/>
        </w:rPr>
        <w:t>.</w:t>
      </w:r>
    </w:p>
    <w:p w14:paraId="5BCC9010" w14:textId="77777777" w:rsidR="00D37A3B" w:rsidRDefault="00EC1DE1">
      <w:pPr>
        <w:spacing w:after="40"/>
        <w:ind w:left="216"/>
        <w:rPr>
          <w:lang w:eastAsia="ko-KR"/>
        </w:rPr>
      </w:pPr>
      <w:r>
        <w:rPr>
          <w:color w:val="666666"/>
          <w:sz w:val="17"/>
          <w:lang w:eastAsia="ko-KR"/>
        </w:rPr>
        <w:t xml:space="preserve">2. </w:t>
      </w:r>
      <w:r>
        <w:rPr>
          <w:color w:val="666666"/>
          <w:sz w:val="17"/>
          <w:lang w:eastAsia="ko-KR"/>
        </w:rPr>
        <w:t>민간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실적의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경우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계약서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사본</w:t>
      </w:r>
      <w:r>
        <w:rPr>
          <w:color w:val="666666"/>
          <w:sz w:val="17"/>
          <w:lang w:eastAsia="ko-KR"/>
        </w:rPr>
        <w:t xml:space="preserve">, </w:t>
      </w:r>
      <w:r>
        <w:rPr>
          <w:color w:val="666666"/>
          <w:sz w:val="17"/>
          <w:lang w:eastAsia="ko-KR"/>
        </w:rPr>
        <w:t>세금계산서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등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보완자료를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첨부해야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함</w:t>
      </w:r>
      <w:r>
        <w:rPr>
          <w:color w:val="666666"/>
          <w:sz w:val="17"/>
          <w:lang w:eastAsia="ko-KR"/>
        </w:rPr>
        <w:t>.</w:t>
      </w:r>
    </w:p>
    <w:p w14:paraId="51BFA4A1" w14:textId="77777777" w:rsidR="00D37A3B" w:rsidRDefault="00EC1DE1">
      <w:pPr>
        <w:rPr>
          <w:lang w:eastAsia="ko-KR"/>
        </w:rPr>
      </w:pPr>
      <w:r>
        <w:rPr>
          <w:lang w:eastAsia="ko-KR"/>
        </w:rPr>
        <w:br w:type="page"/>
      </w:r>
    </w:p>
    <w:p w14:paraId="401BA721" w14:textId="77777777" w:rsidR="00D37A3B" w:rsidRDefault="00EC1DE1">
      <w:pPr>
        <w:spacing w:before="300"/>
        <w:rPr>
          <w:lang w:eastAsia="ko-KR"/>
        </w:rPr>
      </w:pPr>
      <w:r>
        <w:rPr>
          <w:b/>
          <w:color w:val="1B365D"/>
          <w:sz w:val="28"/>
          <w:lang w:eastAsia="ko-KR"/>
        </w:rPr>
        <w:lastRenderedPageBreak/>
        <w:t>[</w:t>
      </w:r>
      <w:r>
        <w:rPr>
          <w:b/>
          <w:color w:val="1B365D"/>
          <w:sz w:val="28"/>
          <w:lang w:eastAsia="ko-KR"/>
        </w:rPr>
        <w:t>서식</w:t>
      </w:r>
      <w:r>
        <w:rPr>
          <w:b/>
          <w:color w:val="1B365D"/>
          <w:sz w:val="28"/>
          <w:lang w:eastAsia="ko-KR"/>
        </w:rPr>
        <w:t xml:space="preserve"> 5] </w:t>
      </w:r>
      <w:r>
        <w:rPr>
          <w:b/>
          <w:color w:val="1B365D"/>
          <w:sz w:val="28"/>
          <w:lang w:eastAsia="ko-KR"/>
        </w:rPr>
        <w:t>사업수행</w:t>
      </w:r>
      <w:r>
        <w:rPr>
          <w:b/>
          <w:color w:val="1B365D"/>
          <w:sz w:val="28"/>
          <w:lang w:eastAsia="ko-KR"/>
        </w:rPr>
        <w:t xml:space="preserve"> </w:t>
      </w:r>
      <w:r>
        <w:rPr>
          <w:b/>
          <w:color w:val="1B365D"/>
          <w:sz w:val="28"/>
          <w:lang w:eastAsia="ko-KR"/>
        </w:rPr>
        <w:t>조직표</w:t>
      </w:r>
      <w:r>
        <w:rPr>
          <w:b/>
          <w:color w:val="1B365D"/>
          <w:sz w:val="28"/>
          <w:lang w:eastAsia="ko-KR"/>
        </w:rPr>
        <w:t xml:space="preserve"> </w:t>
      </w:r>
      <w:r>
        <w:rPr>
          <w:b/>
          <w:color w:val="1B365D"/>
          <w:sz w:val="28"/>
          <w:lang w:eastAsia="ko-KR"/>
        </w:rPr>
        <w:t>및</w:t>
      </w:r>
      <w:r>
        <w:rPr>
          <w:b/>
          <w:color w:val="1B365D"/>
          <w:sz w:val="28"/>
          <w:lang w:eastAsia="ko-KR"/>
        </w:rPr>
        <w:t xml:space="preserve"> </w:t>
      </w:r>
      <w:r>
        <w:rPr>
          <w:b/>
          <w:color w:val="1B365D"/>
          <w:sz w:val="28"/>
          <w:lang w:eastAsia="ko-KR"/>
        </w:rPr>
        <w:t>참여인력</w:t>
      </w:r>
      <w:r>
        <w:rPr>
          <w:b/>
          <w:color w:val="1B365D"/>
          <w:sz w:val="28"/>
          <w:lang w:eastAsia="ko-KR"/>
        </w:rPr>
        <w:t xml:space="preserve"> </w:t>
      </w:r>
      <w:r>
        <w:rPr>
          <w:b/>
          <w:color w:val="1B365D"/>
          <w:sz w:val="28"/>
          <w:lang w:eastAsia="ko-KR"/>
        </w:rPr>
        <w:t>이력사항</w:t>
      </w:r>
    </w:p>
    <w:p w14:paraId="7FE77361" w14:textId="77777777" w:rsidR="00D37A3B" w:rsidRDefault="00EC1DE1">
      <w:pPr>
        <w:spacing w:after="120"/>
      </w:pPr>
      <w:r>
        <w:rPr>
          <w:b/>
          <w:sz w:val="22"/>
        </w:rPr>
        <w:t xml:space="preserve">1. </w:t>
      </w:r>
      <w:r>
        <w:rPr>
          <w:b/>
          <w:sz w:val="22"/>
        </w:rPr>
        <w:t>사업수행</w:t>
      </w:r>
      <w:r>
        <w:rPr>
          <w:b/>
          <w:sz w:val="22"/>
        </w:rPr>
        <w:t xml:space="preserve"> </w:t>
      </w:r>
      <w:r>
        <w:rPr>
          <w:b/>
          <w:sz w:val="22"/>
        </w:rPr>
        <w:t>조직표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D37A3B" w14:paraId="20D0565C" w14:textId="77777777">
        <w:trPr>
          <w:jc w:val="center"/>
        </w:trPr>
        <w:tc>
          <w:tcPr>
            <w:tcW w:w="9360" w:type="dxa"/>
            <w:gridSpan w:val="5"/>
            <w:shd w:val="clear" w:color="auto" w:fill="1B365D"/>
            <w:tcMar>
              <w:top w:w="100" w:type="dxa"/>
              <w:left w:w="50" w:type="dxa"/>
              <w:bottom w:w="100" w:type="dxa"/>
              <w:right w:w="50" w:type="dxa"/>
            </w:tcMar>
          </w:tcPr>
          <w:p w14:paraId="6D423AA2" w14:textId="77777777" w:rsidR="00D37A3B" w:rsidRDefault="00EC1DE1">
            <w:pPr>
              <w:jc w:val="center"/>
              <w:rPr>
                <w:lang w:eastAsia="ko-KR"/>
              </w:rPr>
            </w:pPr>
            <w:r>
              <w:rPr>
                <w:b/>
                <w:color w:val="FFFFFF"/>
                <w:lang w:eastAsia="ko-KR"/>
              </w:rPr>
              <w:t>총괄</w:t>
            </w:r>
            <w:r>
              <w:rPr>
                <w:b/>
                <w:color w:val="FFFFFF"/>
                <w:lang w:eastAsia="ko-KR"/>
              </w:rPr>
              <w:t xml:space="preserve"> </w:t>
            </w:r>
            <w:r>
              <w:rPr>
                <w:b/>
                <w:color w:val="FFFFFF"/>
                <w:lang w:eastAsia="ko-KR"/>
              </w:rPr>
              <w:t>사업관리자</w:t>
            </w:r>
            <w:r>
              <w:rPr>
                <w:b/>
                <w:color w:val="FFFFFF"/>
                <w:lang w:eastAsia="ko-KR"/>
              </w:rPr>
              <w:t xml:space="preserve"> (PM)</w:t>
            </w:r>
            <w:r>
              <w:rPr>
                <w:b/>
                <w:color w:val="FFFFFF"/>
                <w:lang w:eastAsia="ko-KR"/>
              </w:rPr>
              <w:br/>
              <w:t>(</w:t>
            </w:r>
            <w:r>
              <w:rPr>
                <w:b/>
                <w:color w:val="FFFFFF"/>
                <w:lang w:eastAsia="ko-KR"/>
              </w:rPr>
              <w:t>유사사업</w:t>
            </w:r>
            <w:r>
              <w:rPr>
                <w:b/>
                <w:color w:val="FFFFFF"/>
                <w:lang w:eastAsia="ko-KR"/>
              </w:rPr>
              <w:t xml:space="preserve"> 5</w:t>
            </w:r>
            <w:r>
              <w:rPr>
                <w:b/>
                <w:color w:val="FFFFFF"/>
                <w:lang w:eastAsia="ko-KR"/>
              </w:rPr>
              <w:t>년</w:t>
            </w:r>
            <w:r>
              <w:rPr>
                <w:b/>
                <w:color w:val="FFFFFF"/>
                <w:lang w:eastAsia="ko-KR"/>
              </w:rPr>
              <w:t xml:space="preserve"> </w:t>
            </w:r>
            <w:r>
              <w:rPr>
                <w:b/>
                <w:color w:val="FFFFFF"/>
                <w:lang w:eastAsia="ko-KR"/>
              </w:rPr>
              <w:t>이상</w:t>
            </w:r>
            <w:r>
              <w:rPr>
                <w:b/>
                <w:color w:val="FFFFFF"/>
                <w:lang w:eastAsia="ko-KR"/>
              </w:rPr>
              <w:t xml:space="preserve"> / </w:t>
            </w:r>
            <w:r>
              <w:rPr>
                <w:b/>
                <w:color w:val="FFFFFF"/>
                <w:lang w:eastAsia="ko-KR"/>
              </w:rPr>
              <w:t>참여율</w:t>
            </w:r>
            <w:r>
              <w:rPr>
                <w:b/>
                <w:color w:val="FFFFFF"/>
                <w:lang w:eastAsia="ko-KR"/>
              </w:rPr>
              <w:t xml:space="preserve"> 00%)</w:t>
            </w:r>
          </w:p>
        </w:tc>
      </w:tr>
      <w:tr w:rsidR="00D37A3B" w14:paraId="14E0F85E" w14:textId="77777777">
        <w:trPr>
          <w:jc w:val="center"/>
        </w:trPr>
        <w:tc>
          <w:tcPr>
            <w:tcW w:w="1872" w:type="dxa"/>
            <w:shd w:val="clear" w:color="auto" w:fill="F2F4F7"/>
            <w:tcMar>
              <w:top w:w="80" w:type="dxa"/>
              <w:left w:w="50" w:type="dxa"/>
              <w:bottom w:w="80" w:type="dxa"/>
              <w:right w:w="50" w:type="dxa"/>
            </w:tcMar>
          </w:tcPr>
          <w:p w14:paraId="738DC47C" w14:textId="77777777" w:rsidR="00D37A3B" w:rsidRDefault="00EC1DE1">
            <w:pPr>
              <w:jc w:val="center"/>
            </w:pPr>
            <w:r>
              <w:rPr>
                <w:b/>
                <w:sz w:val="18"/>
              </w:rPr>
              <w:t>모집</w:t>
            </w:r>
            <w:r>
              <w:rPr>
                <w:b/>
                <w:sz w:val="18"/>
              </w:rPr>
              <w:t>·</w:t>
            </w:r>
            <w:r>
              <w:rPr>
                <w:b/>
                <w:sz w:val="18"/>
              </w:rPr>
              <w:t>홍보</w:t>
            </w:r>
          </w:p>
        </w:tc>
        <w:tc>
          <w:tcPr>
            <w:tcW w:w="1872" w:type="dxa"/>
            <w:shd w:val="clear" w:color="auto" w:fill="F2F4F7"/>
            <w:tcMar>
              <w:top w:w="80" w:type="dxa"/>
              <w:left w:w="50" w:type="dxa"/>
              <w:bottom w:w="80" w:type="dxa"/>
              <w:right w:w="50" w:type="dxa"/>
            </w:tcMar>
          </w:tcPr>
          <w:p w14:paraId="20B7CAAD" w14:textId="77777777" w:rsidR="00D37A3B" w:rsidRDefault="00EC1DE1">
            <w:pPr>
              <w:jc w:val="center"/>
            </w:pPr>
            <w:r>
              <w:rPr>
                <w:b/>
                <w:sz w:val="18"/>
              </w:rPr>
              <w:t>교육</w:t>
            </w:r>
            <w:r>
              <w:rPr>
                <w:b/>
                <w:sz w:val="18"/>
              </w:rPr>
              <w:t>·</w:t>
            </w:r>
            <w:r>
              <w:rPr>
                <w:b/>
                <w:sz w:val="18"/>
              </w:rPr>
              <w:t>교보재</w:t>
            </w:r>
          </w:p>
        </w:tc>
        <w:tc>
          <w:tcPr>
            <w:tcW w:w="1872" w:type="dxa"/>
            <w:shd w:val="clear" w:color="auto" w:fill="F2F4F7"/>
            <w:tcMar>
              <w:top w:w="80" w:type="dxa"/>
              <w:left w:w="50" w:type="dxa"/>
              <w:bottom w:w="80" w:type="dxa"/>
              <w:right w:w="50" w:type="dxa"/>
            </w:tcMar>
          </w:tcPr>
          <w:p w14:paraId="45E70B9D" w14:textId="77777777" w:rsidR="00D37A3B" w:rsidRDefault="00EC1DE1">
            <w:pPr>
              <w:jc w:val="center"/>
            </w:pPr>
            <w:r>
              <w:rPr>
                <w:b/>
                <w:sz w:val="18"/>
              </w:rPr>
              <w:t>학습</w:t>
            </w:r>
            <w:r>
              <w:rPr>
                <w:b/>
                <w:sz w:val="18"/>
              </w:rPr>
              <w:t>·</w:t>
            </w:r>
            <w:r>
              <w:rPr>
                <w:b/>
                <w:sz w:val="18"/>
              </w:rPr>
              <w:t>밀착관리</w:t>
            </w:r>
          </w:p>
        </w:tc>
        <w:tc>
          <w:tcPr>
            <w:tcW w:w="1872" w:type="dxa"/>
            <w:shd w:val="clear" w:color="auto" w:fill="F2F4F7"/>
            <w:tcMar>
              <w:top w:w="80" w:type="dxa"/>
              <w:left w:w="50" w:type="dxa"/>
              <w:bottom w:w="80" w:type="dxa"/>
              <w:right w:w="50" w:type="dxa"/>
            </w:tcMar>
          </w:tcPr>
          <w:p w14:paraId="4BB56BCA" w14:textId="77777777" w:rsidR="00D37A3B" w:rsidRDefault="00EC1DE1">
            <w:pPr>
              <w:jc w:val="center"/>
            </w:pPr>
            <w:r>
              <w:rPr>
                <w:b/>
                <w:sz w:val="18"/>
              </w:rPr>
              <w:t>취업컨설팅</w:t>
            </w:r>
          </w:p>
        </w:tc>
        <w:tc>
          <w:tcPr>
            <w:tcW w:w="1872" w:type="dxa"/>
            <w:shd w:val="clear" w:color="auto" w:fill="F2F4F7"/>
            <w:tcMar>
              <w:top w:w="80" w:type="dxa"/>
              <w:left w:w="50" w:type="dxa"/>
              <w:bottom w:w="80" w:type="dxa"/>
              <w:right w:w="50" w:type="dxa"/>
            </w:tcMar>
          </w:tcPr>
          <w:p w14:paraId="09F4F17D" w14:textId="77777777" w:rsidR="00D37A3B" w:rsidRDefault="00EC1DE1">
            <w:pPr>
              <w:jc w:val="center"/>
            </w:pPr>
            <w:r>
              <w:rPr>
                <w:b/>
                <w:sz w:val="18"/>
              </w:rPr>
              <w:t>성과</w:t>
            </w:r>
            <w:r>
              <w:rPr>
                <w:b/>
                <w:sz w:val="18"/>
              </w:rPr>
              <w:t>·</w:t>
            </w:r>
            <w:r>
              <w:rPr>
                <w:b/>
                <w:sz w:val="18"/>
              </w:rPr>
              <w:t>박람회</w:t>
            </w:r>
          </w:p>
        </w:tc>
      </w:tr>
      <w:tr w:rsidR="00D37A3B" w14:paraId="18DA340C" w14:textId="77777777">
        <w:trPr>
          <w:jc w:val="center"/>
        </w:trPr>
        <w:tc>
          <w:tcPr>
            <w:tcW w:w="1872" w:type="dxa"/>
            <w:tcMar>
              <w:top w:w="80" w:type="dxa"/>
              <w:left w:w="50" w:type="dxa"/>
              <w:bottom w:w="80" w:type="dxa"/>
              <w:right w:w="50" w:type="dxa"/>
            </w:tcMar>
          </w:tcPr>
          <w:p w14:paraId="15A4EB38" w14:textId="5E831B89" w:rsidR="00D37A3B" w:rsidRDefault="00EC1DE1">
            <w:pPr>
              <w:jc w:val="center"/>
            </w:pPr>
            <w:r>
              <w:rPr>
                <w:sz w:val="17"/>
              </w:rPr>
              <w:t>책임자</w:t>
            </w:r>
            <w:r>
              <w:rPr>
                <w:sz w:val="17"/>
              </w:rPr>
              <w:t xml:space="preserve"> 0</w:t>
            </w:r>
            <w:r>
              <w:rPr>
                <w:sz w:val="17"/>
              </w:rPr>
              <w:t>명</w:t>
            </w:r>
          </w:p>
        </w:tc>
        <w:tc>
          <w:tcPr>
            <w:tcW w:w="1872" w:type="dxa"/>
            <w:tcMar>
              <w:top w:w="80" w:type="dxa"/>
              <w:left w:w="50" w:type="dxa"/>
              <w:bottom w:w="80" w:type="dxa"/>
              <w:right w:w="50" w:type="dxa"/>
            </w:tcMar>
          </w:tcPr>
          <w:p w14:paraId="72E0783E" w14:textId="14214D74" w:rsidR="00D37A3B" w:rsidRDefault="00EC1DE1">
            <w:pPr>
              <w:jc w:val="center"/>
            </w:pPr>
            <w:r>
              <w:rPr>
                <w:sz w:val="17"/>
              </w:rPr>
              <w:t>책임자</w:t>
            </w:r>
            <w:r>
              <w:rPr>
                <w:sz w:val="17"/>
              </w:rPr>
              <w:t xml:space="preserve"> 0</w:t>
            </w:r>
            <w:r>
              <w:rPr>
                <w:sz w:val="17"/>
              </w:rPr>
              <w:t>명</w:t>
            </w:r>
          </w:p>
        </w:tc>
        <w:tc>
          <w:tcPr>
            <w:tcW w:w="1872" w:type="dxa"/>
            <w:tcMar>
              <w:top w:w="80" w:type="dxa"/>
              <w:left w:w="50" w:type="dxa"/>
              <w:bottom w:w="80" w:type="dxa"/>
              <w:right w:w="50" w:type="dxa"/>
            </w:tcMar>
          </w:tcPr>
          <w:p w14:paraId="2871C581" w14:textId="437C3194" w:rsidR="00D37A3B" w:rsidRDefault="00EC1DE1">
            <w:pPr>
              <w:jc w:val="center"/>
            </w:pPr>
            <w:r>
              <w:rPr>
                <w:sz w:val="17"/>
              </w:rPr>
              <w:t>책임자</w:t>
            </w:r>
            <w:r>
              <w:rPr>
                <w:sz w:val="17"/>
              </w:rPr>
              <w:t xml:space="preserve"> 0</w:t>
            </w:r>
            <w:r>
              <w:rPr>
                <w:sz w:val="17"/>
              </w:rPr>
              <w:t>명</w:t>
            </w:r>
          </w:p>
        </w:tc>
        <w:tc>
          <w:tcPr>
            <w:tcW w:w="1872" w:type="dxa"/>
            <w:tcMar>
              <w:top w:w="80" w:type="dxa"/>
              <w:left w:w="50" w:type="dxa"/>
              <w:bottom w:w="80" w:type="dxa"/>
              <w:right w:w="50" w:type="dxa"/>
            </w:tcMar>
          </w:tcPr>
          <w:p w14:paraId="2FB2BDC1" w14:textId="66186A29" w:rsidR="00D37A3B" w:rsidRDefault="00EC1DE1">
            <w:pPr>
              <w:jc w:val="center"/>
            </w:pPr>
            <w:r>
              <w:rPr>
                <w:sz w:val="17"/>
              </w:rPr>
              <w:t>전담인력</w:t>
            </w:r>
            <w:r>
              <w:rPr>
                <w:sz w:val="17"/>
              </w:rPr>
              <w:t xml:space="preserve"> 0</w:t>
            </w:r>
            <w:r>
              <w:rPr>
                <w:sz w:val="17"/>
              </w:rPr>
              <w:t>명</w:t>
            </w:r>
          </w:p>
        </w:tc>
        <w:tc>
          <w:tcPr>
            <w:tcW w:w="1872" w:type="dxa"/>
            <w:tcMar>
              <w:top w:w="80" w:type="dxa"/>
              <w:left w:w="50" w:type="dxa"/>
              <w:bottom w:w="80" w:type="dxa"/>
              <w:right w:w="50" w:type="dxa"/>
            </w:tcMar>
          </w:tcPr>
          <w:p w14:paraId="7726716C" w14:textId="091393C1" w:rsidR="00D37A3B" w:rsidRDefault="00EC1DE1">
            <w:pPr>
              <w:jc w:val="center"/>
            </w:pPr>
            <w:r>
              <w:rPr>
                <w:sz w:val="17"/>
              </w:rPr>
              <w:t>책임자</w:t>
            </w:r>
            <w:r>
              <w:rPr>
                <w:sz w:val="17"/>
              </w:rPr>
              <w:t xml:space="preserve"> 0</w:t>
            </w:r>
            <w:r>
              <w:rPr>
                <w:sz w:val="17"/>
              </w:rPr>
              <w:t>명</w:t>
            </w:r>
          </w:p>
        </w:tc>
      </w:tr>
    </w:tbl>
    <w:p w14:paraId="060B74EC" w14:textId="77777777" w:rsidR="00D37A3B" w:rsidRDefault="00D37A3B"/>
    <w:p w14:paraId="00913CEF" w14:textId="77777777" w:rsidR="00D37A3B" w:rsidRDefault="00EC1DE1">
      <w:pPr>
        <w:spacing w:after="120"/>
        <w:rPr>
          <w:lang w:eastAsia="ko-KR"/>
        </w:rPr>
      </w:pPr>
      <w:r>
        <w:rPr>
          <w:b/>
          <w:sz w:val="22"/>
          <w:lang w:eastAsia="ko-KR"/>
        </w:rPr>
        <w:t xml:space="preserve">2. </w:t>
      </w:r>
      <w:r>
        <w:rPr>
          <w:b/>
          <w:sz w:val="22"/>
          <w:lang w:eastAsia="ko-KR"/>
        </w:rPr>
        <w:t>참여인력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이력사항</w:t>
      </w:r>
      <w:r>
        <w:rPr>
          <w:b/>
          <w:sz w:val="22"/>
          <w:lang w:eastAsia="ko-KR"/>
        </w:rPr>
        <w:t xml:space="preserve"> (</w:t>
      </w:r>
      <w:r>
        <w:rPr>
          <w:b/>
          <w:sz w:val="22"/>
          <w:lang w:eastAsia="ko-KR"/>
        </w:rPr>
        <w:t>요약</w:t>
      </w:r>
      <w:r>
        <w:rPr>
          <w:b/>
          <w:sz w:val="22"/>
          <w:lang w:eastAsia="ko-KR"/>
        </w:rPr>
        <w:t>)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849"/>
        <w:gridCol w:w="932"/>
        <w:gridCol w:w="1110"/>
        <w:gridCol w:w="680"/>
        <w:gridCol w:w="1236"/>
        <w:gridCol w:w="1205"/>
        <w:gridCol w:w="849"/>
        <w:gridCol w:w="1798"/>
        <w:gridCol w:w="701"/>
      </w:tblGrid>
      <w:tr w:rsidR="00D37A3B" w14:paraId="5655D3D0" w14:textId="77777777">
        <w:trPr>
          <w:jc w:val="center"/>
        </w:trPr>
        <w:tc>
          <w:tcPr>
            <w:tcW w:w="864" w:type="dxa"/>
            <w:shd w:val="clear" w:color="auto" w:fill="1B365D"/>
            <w:tcMar>
              <w:top w:w="120" w:type="dxa"/>
              <w:left w:w="30" w:type="dxa"/>
              <w:bottom w:w="120" w:type="dxa"/>
              <w:right w:w="30" w:type="dxa"/>
            </w:tcMar>
          </w:tcPr>
          <w:p w14:paraId="5EDB3CF8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7"/>
              </w:rPr>
              <w:t>구분</w:t>
            </w:r>
          </w:p>
        </w:tc>
        <w:tc>
          <w:tcPr>
            <w:tcW w:w="1008" w:type="dxa"/>
            <w:shd w:val="clear" w:color="auto" w:fill="1B365D"/>
            <w:tcMar>
              <w:top w:w="120" w:type="dxa"/>
              <w:left w:w="30" w:type="dxa"/>
              <w:bottom w:w="120" w:type="dxa"/>
              <w:right w:w="30" w:type="dxa"/>
            </w:tcMar>
          </w:tcPr>
          <w:p w14:paraId="1BBECD04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7"/>
              </w:rPr>
              <w:t>성명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30" w:type="dxa"/>
              <w:bottom w:w="120" w:type="dxa"/>
              <w:right w:w="30" w:type="dxa"/>
            </w:tcMar>
          </w:tcPr>
          <w:p w14:paraId="01CBC602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7"/>
              </w:rPr>
              <w:t>소속</w:t>
            </w:r>
            <w:r>
              <w:rPr>
                <w:b/>
                <w:color w:val="FFFFFF"/>
                <w:sz w:val="17"/>
              </w:rPr>
              <w:t>/</w:t>
            </w:r>
            <w:r>
              <w:rPr>
                <w:b/>
                <w:color w:val="FFFFFF"/>
                <w:sz w:val="17"/>
              </w:rPr>
              <w:t>직위</w:t>
            </w:r>
          </w:p>
        </w:tc>
        <w:tc>
          <w:tcPr>
            <w:tcW w:w="720" w:type="dxa"/>
            <w:shd w:val="clear" w:color="auto" w:fill="1B365D"/>
            <w:tcMar>
              <w:top w:w="120" w:type="dxa"/>
              <w:left w:w="30" w:type="dxa"/>
              <w:bottom w:w="120" w:type="dxa"/>
              <w:right w:w="30" w:type="dxa"/>
            </w:tcMar>
          </w:tcPr>
          <w:p w14:paraId="0177ED02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7"/>
              </w:rPr>
              <w:t>연령</w:t>
            </w:r>
          </w:p>
        </w:tc>
        <w:tc>
          <w:tcPr>
            <w:tcW w:w="1296" w:type="dxa"/>
            <w:shd w:val="clear" w:color="auto" w:fill="1B365D"/>
            <w:tcMar>
              <w:top w:w="120" w:type="dxa"/>
              <w:left w:w="30" w:type="dxa"/>
              <w:bottom w:w="120" w:type="dxa"/>
              <w:right w:w="30" w:type="dxa"/>
            </w:tcMar>
          </w:tcPr>
          <w:p w14:paraId="70CC14A2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7"/>
              </w:rPr>
              <w:t>학력</w:t>
            </w:r>
            <w:r>
              <w:rPr>
                <w:b/>
                <w:color w:val="FFFFFF"/>
                <w:sz w:val="17"/>
              </w:rPr>
              <w:t>/</w:t>
            </w:r>
            <w:r>
              <w:rPr>
                <w:b/>
                <w:color w:val="FFFFFF"/>
                <w:sz w:val="17"/>
              </w:rPr>
              <w:t>전공</w:t>
            </w:r>
          </w:p>
        </w:tc>
        <w:tc>
          <w:tcPr>
            <w:tcW w:w="1296" w:type="dxa"/>
            <w:shd w:val="clear" w:color="auto" w:fill="1B365D"/>
            <w:tcMar>
              <w:top w:w="120" w:type="dxa"/>
              <w:left w:w="30" w:type="dxa"/>
              <w:bottom w:w="120" w:type="dxa"/>
              <w:right w:w="30" w:type="dxa"/>
            </w:tcMar>
          </w:tcPr>
          <w:p w14:paraId="60407072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7"/>
              </w:rPr>
              <w:t>자격증</w:t>
            </w:r>
          </w:p>
        </w:tc>
        <w:tc>
          <w:tcPr>
            <w:tcW w:w="864" w:type="dxa"/>
            <w:shd w:val="clear" w:color="auto" w:fill="1B365D"/>
            <w:tcMar>
              <w:top w:w="120" w:type="dxa"/>
              <w:left w:w="30" w:type="dxa"/>
              <w:bottom w:w="120" w:type="dxa"/>
              <w:right w:w="30" w:type="dxa"/>
            </w:tcMar>
          </w:tcPr>
          <w:p w14:paraId="2326BE47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7"/>
              </w:rPr>
              <w:t>유사경력</w:t>
            </w:r>
          </w:p>
        </w:tc>
        <w:tc>
          <w:tcPr>
            <w:tcW w:w="1440" w:type="dxa"/>
            <w:shd w:val="clear" w:color="auto" w:fill="1B365D"/>
            <w:tcMar>
              <w:top w:w="120" w:type="dxa"/>
              <w:left w:w="30" w:type="dxa"/>
              <w:bottom w:w="120" w:type="dxa"/>
              <w:right w:w="30" w:type="dxa"/>
            </w:tcMar>
          </w:tcPr>
          <w:p w14:paraId="205E5CBF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7"/>
              </w:rPr>
              <w:t>본</w:t>
            </w:r>
            <w:r>
              <w:rPr>
                <w:b/>
                <w:color w:val="FFFFFF"/>
                <w:sz w:val="17"/>
              </w:rPr>
              <w:t xml:space="preserve"> </w:t>
            </w:r>
            <w:r>
              <w:rPr>
                <w:b/>
                <w:color w:val="FFFFFF"/>
                <w:sz w:val="17"/>
              </w:rPr>
              <w:t>사업</w:t>
            </w:r>
            <w:r>
              <w:rPr>
                <w:b/>
                <w:color w:val="FFFFFF"/>
                <w:sz w:val="17"/>
              </w:rPr>
              <w:t xml:space="preserve"> </w:t>
            </w:r>
            <w:r>
              <w:rPr>
                <w:b/>
                <w:color w:val="FFFFFF"/>
                <w:sz w:val="17"/>
              </w:rPr>
              <w:t>담당역할</w:t>
            </w:r>
          </w:p>
        </w:tc>
        <w:tc>
          <w:tcPr>
            <w:tcW w:w="720" w:type="dxa"/>
            <w:shd w:val="clear" w:color="auto" w:fill="1B365D"/>
            <w:tcMar>
              <w:top w:w="120" w:type="dxa"/>
              <w:left w:w="30" w:type="dxa"/>
              <w:bottom w:w="120" w:type="dxa"/>
              <w:right w:w="30" w:type="dxa"/>
            </w:tcMar>
          </w:tcPr>
          <w:p w14:paraId="5F18D2A4" w14:textId="77777777" w:rsidR="00D37A3B" w:rsidRDefault="00EC1DE1">
            <w:pPr>
              <w:jc w:val="center"/>
            </w:pPr>
            <w:r>
              <w:rPr>
                <w:b/>
                <w:color w:val="FFFFFF"/>
                <w:sz w:val="17"/>
              </w:rPr>
              <w:t>참여율</w:t>
            </w:r>
          </w:p>
        </w:tc>
      </w:tr>
      <w:tr w:rsidR="00D37A3B" w14:paraId="1072DC0E" w14:textId="77777777">
        <w:trPr>
          <w:jc w:val="center"/>
        </w:trPr>
        <w:tc>
          <w:tcPr>
            <w:tcW w:w="864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35ABC488" w14:textId="77777777" w:rsidR="00D37A3B" w:rsidRDefault="00EC1DE1">
            <w:pPr>
              <w:jc w:val="center"/>
            </w:pPr>
            <w:r>
              <w:rPr>
                <w:b/>
                <w:sz w:val="17"/>
              </w:rPr>
              <w:t>PM</w:t>
            </w:r>
          </w:p>
        </w:tc>
        <w:tc>
          <w:tcPr>
            <w:tcW w:w="1008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199F5373" w14:textId="77777777" w:rsidR="00D37A3B" w:rsidRDefault="00D37A3B">
            <w:pPr>
              <w:jc w:val="center"/>
            </w:pPr>
          </w:p>
        </w:tc>
        <w:tc>
          <w:tcPr>
            <w:tcW w:w="1152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1051258B" w14:textId="77777777" w:rsidR="00D37A3B" w:rsidRDefault="00D37A3B">
            <w:pPr>
              <w:jc w:val="center"/>
            </w:pPr>
          </w:p>
        </w:tc>
        <w:tc>
          <w:tcPr>
            <w:tcW w:w="72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1419F2E8" w14:textId="77777777" w:rsidR="00D37A3B" w:rsidRDefault="00D37A3B">
            <w:pPr>
              <w:jc w:val="center"/>
            </w:pPr>
          </w:p>
        </w:tc>
        <w:tc>
          <w:tcPr>
            <w:tcW w:w="1296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4288649B" w14:textId="77777777" w:rsidR="00D37A3B" w:rsidRDefault="00D37A3B">
            <w:pPr>
              <w:jc w:val="center"/>
            </w:pPr>
          </w:p>
        </w:tc>
        <w:tc>
          <w:tcPr>
            <w:tcW w:w="1296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05885C3D" w14:textId="77777777" w:rsidR="00D37A3B" w:rsidRDefault="00D37A3B">
            <w:pPr>
              <w:jc w:val="center"/>
            </w:pPr>
          </w:p>
        </w:tc>
        <w:tc>
          <w:tcPr>
            <w:tcW w:w="864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5B47400A" w14:textId="77777777" w:rsidR="00D37A3B" w:rsidRDefault="00D37A3B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57709C18" w14:textId="77777777" w:rsidR="00D37A3B" w:rsidRDefault="00EC1DE1">
            <w:pPr>
              <w:jc w:val="center"/>
            </w:pPr>
            <w:r>
              <w:rPr>
                <w:sz w:val="17"/>
              </w:rPr>
              <w:t>총괄</w:t>
            </w:r>
            <w:r>
              <w:rPr>
                <w:sz w:val="17"/>
              </w:rPr>
              <w:t xml:space="preserve"> PM</w:t>
            </w:r>
          </w:p>
        </w:tc>
        <w:tc>
          <w:tcPr>
            <w:tcW w:w="72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1621241B" w14:textId="77777777" w:rsidR="00D37A3B" w:rsidRDefault="00EC1DE1">
            <w:pPr>
              <w:jc w:val="center"/>
            </w:pPr>
            <w:r>
              <w:rPr>
                <w:sz w:val="17"/>
              </w:rPr>
              <w:t>%</w:t>
            </w:r>
          </w:p>
        </w:tc>
      </w:tr>
      <w:tr w:rsidR="00D37A3B" w14:paraId="6A94EF8E" w14:textId="77777777">
        <w:trPr>
          <w:jc w:val="center"/>
        </w:trPr>
        <w:tc>
          <w:tcPr>
            <w:tcW w:w="864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2170BA10" w14:textId="77777777" w:rsidR="00D37A3B" w:rsidRDefault="00EC1DE1">
            <w:pPr>
              <w:jc w:val="center"/>
            </w:pPr>
            <w:r>
              <w:rPr>
                <w:b/>
                <w:sz w:val="17"/>
              </w:rPr>
              <w:t>책임자</w:t>
            </w:r>
          </w:p>
        </w:tc>
        <w:tc>
          <w:tcPr>
            <w:tcW w:w="1008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7C9EBB65" w14:textId="77777777" w:rsidR="00D37A3B" w:rsidRDefault="00D37A3B">
            <w:pPr>
              <w:jc w:val="center"/>
            </w:pPr>
          </w:p>
        </w:tc>
        <w:tc>
          <w:tcPr>
            <w:tcW w:w="1152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70880BBF" w14:textId="77777777" w:rsidR="00D37A3B" w:rsidRDefault="00D37A3B">
            <w:pPr>
              <w:jc w:val="center"/>
            </w:pPr>
          </w:p>
        </w:tc>
        <w:tc>
          <w:tcPr>
            <w:tcW w:w="72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2E379A8B" w14:textId="77777777" w:rsidR="00D37A3B" w:rsidRDefault="00D37A3B">
            <w:pPr>
              <w:jc w:val="center"/>
            </w:pPr>
          </w:p>
        </w:tc>
        <w:tc>
          <w:tcPr>
            <w:tcW w:w="1296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26309F96" w14:textId="77777777" w:rsidR="00D37A3B" w:rsidRDefault="00D37A3B">
            <w:pPr>
              <w:jc w:val="center"/>
            </w:pPr>
          </w:p>
        </w:tc>
        <w:tc>
          <w:tcPr>
            <w:tcW w:w="1296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32671635" w14:textId="77777777" w:rsidR="00D37A3B" w:rsidRDefault="00D37A3B">
            <w:pPr>
              <w:jc w:val="center"/>
            </w:pPr>
          </w:p>
        </w:tc>
        <w:tc>
          <w:tcPr>
            <w:tcW w:w="864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37CBCB7E" w14:textId="77777777" w:rsidR="00D37A3B" w:rsidRDefault="00D37A3B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204A6B41" w14:textId="77777777" w:rsidR="00D37A3B" w:rsidRDefault="00EC1DE1">
            <w:pPr>
              <w:jc w:val="center"/>
            </w:pPr>
            <w:r>
              <w:rPr>
                <w:sz w:val="17"/>
              </w:rPr>
              <w:t>교육운영</w:t>
            </w:r>
            <w:r>
              <w:rPr>
                <w:sz w:val="17"/>
              </w:rPr>
              <w:t>·</w:t>
            </w:r>
            <w:r>
              <w:rPr>
                <w:sz w:val="17"/>
              </w:rPr>
              <w:t>학습관리</w:t>
            </w:r>
          </w:p>
        </w:tc>
        <w:tc>
          <w:tcPr>
            <w:tcW w:w="72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62016538" w14:textId="77777777" w:rsidR="00D37A3B" w:rsidRDefault="00EC1DE1">
            <w:pPr>
              <w:jc w:val="center"/>
            </w:pPr>
            <w:r>
              <w:rPr>
                <w:sz w:val="17"/>
              </w:rPr>
              <w:t>%</w:t>
            </w:r>
          </w:p>
        </w:tc>
      </w:tr>
      <w:tr w:rsidR="00D37A3B" w14:paraId="64DFD925" w14:textId="77777777">
        <w:trPr>
          <w:jc w:val="center"/>
        </w:trPr>
        <w:tc>
          <w:tcPr>
            <w:tcW w:w="864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6EB70F19" w14:textId="77777777" w:rsidR="00D37A3B" w:rsidRDefault="00EC1DE1">
            <w:pPr>
              <w:jc w:val="center"/>
            </w:pPr>
            <w:r>
              <w:rPr>
                <w:b/>
                <w:sz w:val="17"/>
              </w:rPr>
              <w:t>전문인력</w:t>
            </w:r>
          </w:p>
        </w:tc>
        <w:tc>
          <w:tcPr>
            <w:tcW w:w="1008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7FCB1D3A" w14:textId="77777777" w:rsidR="00D37A3B" w:rsidRDefault="00D37A3B">
            <w:pPr>
              <w:jc w:val="center"/>
            </w:pPr>
          </w:p>
        </w:tc>
        <w:tc>
          <w:tcPr>
            <w:tcW w:w="1152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2E2D30AF" w14:textId="77777777" w:rsidR="00D37A3B" w:rsidRDefault="00D37A3B">
            <w:pPr>
              <w:jc w:val="center"/>
            </w:pPr>
          </w:p>
        </w:tc>
        <w:tc>
          <w:tcPr>
            <w:tcW w:w="72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16B171BC" w14:textId="77777777" w:rsidR="00D37A3B" w:rsidRDefault="00D37A3B">
            <w:pPr>
              <w:jc w:val="center"/>
            </w:pPr>
          </w:p>
        </w:tc>
        <w:tc>
          <w:tcPr>
            <w:tcW w:w="1296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3064E9B4" w14:textId="77777777" w:rsidR="00D37A3B" w:rsidRDefault="00D37A3B">
            <w:pPr>
              <w:jc w:val="center"/>
            </w:pPr>
          </w:p>
        </w:tc>
        <w:tc>
          <w:tcPr>
            <w:tcW w:w="1296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2A665EE8" w14:textId="77777777" w:rsidR="00D37A3B" w:rsidRDefault="00D37A3B">
            <w:pPr>
              <w:jc w:val="center"/>
            </w:pPr>
          </w:p>
        </w:tc>
        <w:tc>
          <w:tcPr>
            <w:tcW w:w="864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3453ACD2" w14:textId="77777777" w:rsidR="00D37A3B" w:rsidRDefault="00D37A3B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0919B328" w14:textId="77777777" w:rsidR="00D37A3B" w:rsidRDefault="00EC1DE1">
            <w:pPr>
              <w:jc w:val="center"/>
              <w:rPr>
                <w:lang w:eastAsia="ko-KR"/>
              </w:rPr>
            </w:pPr>
            <w:r>
              <w:rPr>
                <w:sz w:val="17"/>
                <w:lang w:eastAsia="ko-KR"/>
              </w:rPr>
              <w:t>취업컨설팅</w:t>
            </w:r>
            <w:r>
              <w:rPr>
                <w:sz w:val="17"/>
                <w:lang w:eastAsia="ko-KR"/>
              </w:rPr>
              <w:t>·</w:t>
            </w:r>
            <w:r>
              <w:rPr>
                <w:sz w:val="17"/>
                <w:lang w:eastAsia="ko-KR"/>
              </w:rPr>
              <w:t>기업매칭</w:t>
            </w:r>
          </w:p>
        </w:tc>
        <w:tc>
          <w:tcPr>
            <w:tcW w:w="72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39FAC838" w14:textId="77777777" w:rsidR="00D37A3B" w:rsidRDefault="00EC1DE1">
            <w:pPr>
              <w:jc w:val="center"/>
            </w:pPr>
            <w:r>
              <w:rPr>
                <w:sz w:val="17"/>
              </w:rPr>
              <w:t>%</w:t>
            </w:r>
          </w:p>
        </w:tc>
      </w:tr>
      <w:tr w:rsidR="00D37A3B" w14:paraId="2F087EF8" w14:textId="77777777">
        <w:trPr>
          <w:jc w:val="center"/>
        </w:trPr>
        <w:tc>
          <w:tcPr>
            <w:tcW w:w="864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7A9A413F" w14:textId="77777777" w:rsidR="00D37A3B" w:rsidRDefault="00EC1DE1">
            <w:pPr>
              <w:jc w:val="center"/>
            </w:pPr>
            <w:r>
              <w:rPr>
                <w:b/>
                <w:sz w:val="17"/>
              </w:rPr>
              <w:t>전문인력</w:t>
            </w:r>
          </w:p>
        </w:tc>
        <w:tc>
          <w:tcPr>
            <w:tcW w:w="1008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0AC601CE" w14:textId="77777777" w:rsidR="00D37A3B" w:rsidRDefault="00D37A3B">
            <w:pPr>
              <w:jc w:val="center"/>
            </w:pPr>
          </w:p>
        </w:tc>
        <w:tc>
          <w:tcPr>
            <w:tcW w:w="1152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693FEF4F" w14:textId="77777777" w:rsidR="00D37A3B" w:rsidRDefault="00D37A3B">
            <w:pPr>
              <w:jc w:val="center"/>
            </w:pPr>
          </w:p>
        </w:tc>
        <w:tc>
          <w:tcPr>
            <w:tcW w:w="72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54CCA1BC" w14:textId="77777777" w:rsidR="00D37A3B" w:rsidRDefault="00D37A3B">
            <w:pPr>
              <w:jc w:val="center"/>
            </w:pPr>
          </w:p>
        </w:tc>
        <w:tc>
          <w:tcPr>
            <w:tcW w:w="1296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496582B0" w14:textId="77777777" w:rsidR="00D37A3B" w:rsidRDefault="00D37A3B">
            <w:pPr>
              <w:jc w:val="center"/>
            </w:pPr>
          </w:p>
        </w:tc>
        <w:tc>
          <w:tcPr>
            <w:tcW w:w="1296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56536829" w14:textId="77777777" w:rsidR="00D37A3B" w:rsidRDefault="00D37A3B">
            <w:pPr>
              <w:jc w:val="center"/>
            </w:pPr>
          </w:p>
        </w:tc>
        <w:tc>
          <w:tcPr>
            <w:tcW w:w="864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58CFDF02" w14:textId="77777777" w:rsidR="00D37A3B" w:rsidRDefault="00D37A3B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39AB4211" w14:textId="77777777" w:rsidR="00D37A3B" w:rsidRDefault="00EC1DE1">
            <w:pPr>
              <w:jc w:val="center"/>
              <w:rPr>
                <w:lang w:eastAsia="ko-KR"/>
              </w:rPr>
            </w:pPr>
            <w:r>
              <w:rPr>
                <w:sz w:val="17"/>
                <w:lang w:eastAsia="ko-KR"/>
              </w:rPr>
              <w:t>취업컨설팅</w:t>
            </w:r>
            <w:r>
              <w:rPr>
                <w:sz w:val="17"/>
                <w:lang w:eastAsia="ko-KR"/>
              </w:rPr>
              <w:t>·</w:t>
            </w:r>
            <w:r>
              <w:rPr>
                <w:sz w:val="17"/>
                <w:lang w:eastAsia="ko-KR"/>
              </w:rPr>
              <w:t>포트폴리오</w:t>
            </w:r>
          </w:p>
        </w:tc>
        <w:tc>
          <w:tcPr>
            <w:tcW w:w="72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7A12670E" w14:textId="77777777" w:rsidR="00D37A3B" w:rsidRDefault="00EC1DE1">
            <w:pPr>
              <w:jc w:val="center"/>
            </w:pPr>
            <w:r>
              <w:rPr>
                <w:sz w:val="17"/>
              </w:rPr>
              <w:t>%</w:t>
            </w:r>
          </w:p>
        </w:tc>
      </w:tr>
      <w:tr w:rsidR="00D37A3B" w14:paraId="7651FB7C" w14:textId="77777777">
        <w:trPr>
          <w:jc w:val="center"/>
        </w:trPr>
        <w:tc>
          <w:tcPr>
            <w:tcW w:w="864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73FBC5BC" w14:textId="77777777" w:rsidR="00D37A3B" w:rsidRDefault="00EC1DE1">
            <w:pPr>
              <w:jc w:val="center"/>
            </w:pPr>
            <w:r>
              <w:rPr>
                <w:b/>
                <w:sz w:val="17"/>
              </w:rPr>
              <w:t>전문인력</w:t>
            </w:r>
          </w:p>
        </w:tc>
        <w:tc>
          <w:tcPr>
            <w:tcW w:w="1008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1CDDAEBE" w14:textId="77777777" w:rsidR="00D37A3B" w:rsidRDefault="00D37A3B">
            <w:pPr>
              <w:jc w:val="center"/>
            </w:pPr>
          </w:p>
        </w:tc>
        <w:tc>
          <w:tcPr>
            <w:tcW w:w="1152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7F8562CC" w14:textId="77777777" w:rsidR="00D37A3B" w:rsidRDefault="00D37A3B">
            <w:pPr>
              <w:jc w:val="center"/>
            </w:pPr>
          </w:p>
        </w:tc>
        <w:tc>
          <w:tcPr>
            <w:tcW w:w="72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3B2C19A8" w14:textId="77777777" w:rsidR="00D37A3B" w:rsidRDefault="00D37A3B">
            <w:pPr>
              <w:jc w:val="center"/>
            </w:pPr>
          </w:p>
        </w:tc>
        <w:tc>
          <w:tcPr>
            <w:tcW w:w="1296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25E10B17" w14:textId="77777777" w:rsidR="00D37A3B" w:rsidRDefault="00D37A3B">
            <w:pPr>
              <w:jc w:val="center"/>
            </w:pPr>
          </w:p>
        </w:tc>
        <w:tc>
          <w:tcPr>
            <w:tcW w:w="1296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457328A7" w14:textId="77777777" w:rsidR="00D37A3B" w:rsidRDefault="00D37A3B">
            <w:pPr>
              <w:jc w:val="center"/>
            </w:pPr>
          </w:p>
        </w:tc>
        <w:tc>
          <w:tcPr>
            <w:tcW w:w="864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6DEB6A74" w14:textId="77777777" w:rsidR="00D37A3B" w:rsidRDefault="00D37A3B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7B5FD188" w14:textId="77777777" w:rsidR="00D37A3B" w:rsidRDefault="00EC1DE1">
            <w:pPr>
              <w:jc w:val="center"/>
              <w:rPr>
                <w:lang w:eastAsia="ko-KR"/>
              </w:rPr>
            </w:pPr>
            <w:r>
              <w:rPr>
                <w:sz w:val="17"/>
                <w:lang w:eastAsia="ko-KR"/>
              </w:rPr>
              <w:t>취업컨설팅</w:t>
            </w:r>
            <w:r>
              <w:rPr>
                <w:sz w:val="17"/>
                <w:lang w:eastAsia="ko-KR"/>
              </w:rPr>
              <w:t>·</w:t>
            </w:r>
            <w:r>
              <w:rPr>
                <w:sz w:val="17"/>
                <w:lang w:eastAsia="ko-KR"/>
              </w:rPr>
              <w:t>사후관리</w:t>
            </w:r>
          </w:p>
        </w:tc>
        <w:tc>
          <w:tcPr>
            <w:tcW w:w="720" w:type="dxa"/>
            <w:tcMar>
              <w:top w:w="80" w:type="dxa"/>
              <w:left w:w="30" w:type="dxa"/>
              <w:bottom w:w="80" w:type="dxa"/>
              <w:right w:w="30" w:type="dxa"/>
            </w:tcMar>
          </w:tcPr>
          <w:p w14:paraId="25F6561A" w14:textId="77777777" w:rsidR="00D37A3B" w:rsidRDefault="00EC1DE1">
            <w:pPr>
              <w:jc w:val="center"/>
            </w:pPr>
            <w:r>
              <w:rPr>
                <w:sz w:val="17"/>
              </w:rPr>
              <w:t>%</w:t>
            </w:r>
          </w:p>
        </w:tc>
      </w:tr>
    </w:tbl>
    <w:p w14:paraId="4229AE4C" w14:textId="77777777" w:rsidR="00D37A3B" w:rsidRDefault="00D37A3B"/>
    <w:p w14:paraId="541062F7" w14:textId="77777777" w:rsidR="00D37A3B" w:rsidRDefault="00EC1DE1">
      <w:pPr>
        <w:spacing w:after="120"/>
        <w:rPr>
          <w:lang w:eastAsia="ko-KR"/>
        </w:rPr>
      </w:pPr>
      <w:r>
        <w:rPr>
          <w:b/>
          <w:sz w:val="22"/>
          <w:lang w:eastAsia="ko-KR"/>
        </w:rPr>
        <w:t xml:space="preserve">3. </w:t>
      </w:r>
      <w:r>
        <w:rPr>
          <w:b/>
          <w:sz w:val="22"/>
          <w:lang w:eastAsia="ko-KR"/>
        </w:rPr>
        <w:t>참여인력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개별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이력서</w:t>
      </w:r>
      <w:r>
        <w:rPr>
          <w:b/>
          <w:sz w:val="22"/>
          <w:lang w:eastAsia="ko-KR"/>
        </w:rPr>
        <w:t xml:space="preserve"> (PM </w:t>
      </w:r>
      <w:r>
        <w:rPr>
          <w:b/>
          <w:sz w:val="22"/>
          <w:lang w:eastAsia="ko-KR"/>
        </w:rPr>
        <w:t>및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핵심인력</w:t>
      </w:r>
      <w:r>
        <w:rPr>
          <w:b/>
          <w:sz w:val="22"/>
          <w:lang w:eastAsia="ko-KR"/>
        </w:rPr>
        <w:t>)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1584"/>
        <w:gridCol w:w="3024"/>
        <w:gridCol w:w="1584"/>
        <w:gridCol w:w="3168"/>
      </w:tblGrid>
      <w:tr w:rsidR="00D37A3B" w14:paraId="38A7CB0E" w14:textId="77777777">
        <w:trPr>
          <w:jc w:val="center"/>
        </w:trPr>
        <w:tc>
          <w:tcPr>
            <w:tcW w:w="1584" w:type="dxa"/>
            <w:shd w:val="clear" w:color="auto" w:fill="F2F4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170E7" w14:textId="77777777" w:rsidR="00D37A3B" w:rsidRDefault="00EC1DE1">
            <w:r>
              <w:rPr>
                <w:b/>
                <w:sz w:val="18"/>
              </w:rPr>
              <w:t>성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명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51939" w14:textId="77777777" w:rsidR="00D37A3B" w:rsidRDefault="00D37A3B"/>
        </w:tc>
        <w:tc>
          <w:tcPr>
            <w:tcW w:w="1584" w:type="dxa"/>
            <w:shd w:val="clear" w:color="auto" w:fill="F2F4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5683E" w14:textId="77777777" w:rsidR="00D37A3B" w:rsidRDefault="00EC1DE1">
            <w:r>
              <w:rPr>
                <w:b/>
                <w:sz w:val="18"/>
              </w:rPr>
              <w:t>소속</w:t>
            </w:r>
            <w:r>
              <w:rPr>
                <w:b/>
                <w:sz w:val="18"/>
              </w:rPr>
              <w:t xml:space="preserve"> / </w:t>
            </w:r>
            <w:r>
              <w:rPr>
                <w:b/>
                <w:sz w:val="18"/>
              </w:rPr>
              <w:t>직위</w:t>
            </w:r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CBF68" w14:textId="77777777" w:rsidR="00D37A3B" w:rsidRDefault="00D37A3B"/>
        </w:tc>
      </w:tr>
      <w:tr w:rsidR="00D37A3B" w14:paraId="06233087" w14:textId="77777777">
        <w:trPr>
          <w:jc w:val="center"/>
        </w:trPr>
        <w:tc>
          <w:tcPr>
            <w:tcW w:w="1584" w:type="dxa"/>
            <w:shd w:val="clear" w:color="auto" w:fill="F2F4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59C80" w14:textId="77777777" w:rsidR="00D37A3B" w:rsidRDefault="00EC1DE1">
            <w:r>
              <w:rPr>
                <w:b/>
                <w:sz w:val="18"/>
              </w:rPr>
              <w:t>본사업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역할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187C1" w14:textId="77777777" w:rsidR="00D37A3B" w:rsidRDefault="00EC1DE1">
            <w:pPr>
              <w:rPr>
                <w:lang w:eastAsia="ko-KR"/>
              </w:rPr>
            </w:pPr>
            <w:r>
              <w:rPr>
                <w:sz w:val="18"/>
                <w:lang w:eastAsia="ko-KR"/>
              </w:rPr>
              <w:t xml:space="preserve">[ ] </w:t>
            </w:r>
            <w:r>
              <w:rPr>
                <w:sz w:val="18"/>
                <w:lang w:eastAsia="ko-KR"/>
              </w:rPr>
              <w:t>총괄</w:t>
            </w:r>
            <w:r>
              <w:rPr>
                <w:sz w:val="18"/>
                <w:lang w:eastAsia="ko-KR"/>
              </w:rPr>
              <w:t xml:space="preserve"> PM  [ ] </w:t>
            </w:r>
            <w:r>
              <w:rPr>
                <w:sz w:val="18"/>
                <w:lang w:eastAsia="ko-KR"/>
              </w:rPr>
              <w:t>기능별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책임자</w:t>
            </w:r>
            <w:r>
              <w:rPr>
                <w:sz w:val="18"/>
                <w:lang w:eastAsia="ko-KR"/>
              </w:rPr>
              <w:br/>
              <w:t xml:space="preserve">[ ] </w:t>
            </w:r>
            <w:r>
              <w:rPr>
                <w:sz w:val="18"/>
                <w:lang w:eastAsia="ko-KR"/>
              </w:rPr>
              <w:t>취업지원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전문인력</w:t>
            </w:r>
          </w:p>
        </w:tc>
        <w:tc>
          <w:tcPr>
            <w:tcW w:w="1584" w:type="dxa"/>
            <w:shd w:val="clear" w:color="auto" w:fill="F2F4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1EC3A" w14:textId="77777777" w:rsidR="00D37A3B" w:rsidRDefault="00EC1DE1">
            <w:r>
              <w:rPr>
                <w:b/>
                <w:sz w:val="18"/>
              </w:rPr>
              <w:t>참여율</w:t>
            </w:r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04350" w14:textId="77777777" w:rsidR="00D37A3B" w:rsidRDefault="00EC1DE1">
            <w:r>
              <w:rPr>
                <w:sz w:val="18"/>
              </w:rPr>
              <w:t>%</w:t>
            </w:r>
          </w:p>
        </w:tc>
      </w:tr>
      <w:tr w:rsidR="00D37A3B" w14:paraId="21A31D75" w14:textId="77777777">
        <w:trPr>
          <w:jc w:val="center"/>
        </w:trPr>
        <w:tc>
          <w:tcPr>
            <w:tcW w:w="1584" w:type="dxa"/>
            <w:shd w:val="clear" w:color="auto" w:fill="F2F4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96411" w14:textId="77777777" w:rsidR="00D37A3B" w:rsidRDefault="00EC1DE1">
            <w:r>
              <w:rPr>
                <w:b/>
                <w:sz w:val="18"/>
              </w:rPr>
              <w:lastRenderedPageBreak/>
              <w:t>생년월일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09C6A" w14:textId="77777777" w:rsidR="00D37A3B" w:rsidRDefault="00D37A3B"/>
        </w:tc>
        <w:tc>
          <w:tcPr>
            <w:tcW w:w="1584" w:type="dxa"/>
            <w:shd w:val="clear" w:color="auto" w:fill="F2F4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D9036" w14:textId="77777777" w:rsidR="00D37A3B" w:rsidRDefault="00EC1DE1">
            <w:r>
              <w:rPr>
                <w:b/>
                <w:sz w:val="18"/>
              </w:rPr>
              <w:t>자격증</w:t>
            </w:r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22B48" w14:textId="77777777" w:rsidR="00D37A3B" w:rsidRDefault="00EC1DE1">
            <w:r>
              <w:rPr>
                <w:sz w:val="18"/>
              </w:rPr>
              <w:t>(</w:t>
            </w:r>
            <w:r>
              <w:rPr>
                <w:sz w:val="18"/>
              </w:rPr>
              <w:t>예</w:t>
            </w:r>
            <w:r>
              <w:rPr>
                <w:sz w:val="18"/>
              </w:rPr>
              <w:t xml:space="preserve">: </w:t>
            </w:r>
            <w:r>
              <w:rPr>
                <w:sz w:val="18"/>
              </w:rPr>
              <w:t>직업상담사</w:t>
            </w:r>
            <w:r>
              <w:rPr>
                <w:sz w:val="18"/>
              </w:rPr>
              <w:t xml:space="preserve"> 1</w:t>
            </w:r>
            <w:r>
              <w:rPr>
                <w:sz w:val="18"/>
              </w:rPr>
              <w:t>급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등</w:t>
            </w:r>
            <w:r>
              <w:rPr>
                <w:sz w:val="18"/>
              </w:rPr>
              <w:t>)</w:t>
            </w:r>
          </w:p>
        </w:tc>
      </w:tr>
      <w:tr w:rsidR="00D37A3B" w14:paraId="7EE82ED2" w14:textId="77777777">
        <w:trPr>
          <w:jc w:val="center"/>
        </w:trPr>
        <w:tc>
          <w:tcPr>
            <w:tcW w:w="1584" w:type="dxa"/>
            <w:shd w:val="clear" w:color="auto" w:fill="F2F4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DE31B" w14:textId="77777777" w:rsidR="00D37A3B" w:rsidRDefault="00EC1DE1">
            <w:r>
              <w:rPr>
                <w:b/>
                <w:sz w:val="18"/>
              </w:rPr>
              <w:t>최종학력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E2EDD" w14:textId="77777777" w:rsidR="00D37A3B" w:rsidRDefault="00EC1DE1">
            <w:r>
              <w:rPr>
                <w:sz w:val="18"/>
              </w:rPr>
              <w:t>00</w:t>
            </w:r>
            <w:r>
              <w:rPr>
                <w:sz w:val="18"/>
              </w:rPr>
              <w:t>대학교</w:t>
            </w:r>
            <w:r>
              <w:rPr>
                <w:sz w:val="18"/>
              </w:rPr>
              <w:t xml:space="preserve"> 00</w:t>
            </w:r>
            <w:r>
              <w:rPr>
                <w:sz w:val="18"/>
              </w:rPr>
              <w:t>학과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졸업</w:t>
            </w:r>
          </w:p>
        </w:tc>
        <w:tc>
          <w:tcPr>
            <w:tcW w:w="1584" w:type="dxa"/>
            <w:shd w:val="clear" w:color="auto" w:fill="F2F4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8CCFF" w14:textId="77777777" w:rsidR="00D37A3B" w:rsidRDefault="00EC1DE1">
            <w:r>
              <w:rPr>
                <w:b/>
                <w:sz w:val="18"/>
              </w:rPr>
              <w:t>총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경력</w:t>
            </w:r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D1E18" w14:textId="77777777" w:rsidR="00D37A3B" w:rsidRDefault="00EC1DE1">
            <w:r>
              <w:rPr>
                <w:sz w:val="18"/>
              </w:rPr>
              <w:t xml:space="preserve">     </w:t>
            </w:r>
            <w:r>
              <w:rPr>
                <w:sz w:val="18"/>
              </w:rPr>
              <w:t>년</w:t>
            </w:r>
            <w:r>
              <w:rPr>
                <w:sz w:val="18"/>
              </w:rPr>
              <w:t xml:space="preserve">   </w:t>
            </w:r>
            <w:r>
              <w:rPr>
                <w:sz w:val="18"/>
              </w:rPr>
              <w:t>개월</w:t>
            </w:r>
          </w:p>
        </w:tc>
      </w:tr>
      <w:tr w:rsidR="00D37A3B" w14:paraId="72204320" w14:textId="77777777">
        <w:trPr>
          <w:jc w:val="center"/>
        </w:trPr>
        <w:tc>
          <w:tcPr>
            <w:tcW w:w="9360" w:type="dxa"/>
            <w:gridSpan w:val="4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C591FA8" w14:textId="77777777" w:rsidR="00D37A3B" w:rsidRDefault="00EC1DE1">
            <w:pPr>
              <w:jc w:val="center"/>
              <w:rPr>
                <w:lang w:eastAsia="ko-KR"/>
              </w:rPr>
            </w:pPr>
            <w:r>
              <w:rPr>
                <w:b/>
                <w:color w:val="FFFFFF"/>
                <w:sz w:val="18"/>
                <w:lang w:eastAsia="ko-KR"/>
              </w:rPr>
              <w:t>주요</w:t>
            </w:r>
            <w:r>
              <w:rPr>
                <w:b/>
                <w:color w:val="FFFFFF"/>
                <w:sz w:val="18"/>
                <w:lang w:eastAsia="ko-KR"/>
              </w:rPr>
              <w:t xml:space="preserve"> </w:t>
            </w:r>
            <w:r>
              <w:rPr>
                <w:b/>
                <w:color w:val="FFFFFF"/>
                <w:sz w:val="18"/>
                <w:lang w:eastAsia="ko-KR"/>
              </w:rPr>
              <w:t>경력사항</w:t>
            </w:r>
            <w:r>
              <w:rPr>
                <w:b/>
                <w:color w:val="FFFFFF"/>
                <w:sz w:val="18"/>
                <w:lang w:eastAsia="ko-KR"/>
              </w:rPr>
              <w:t xml:space="preserve"> (</w:t>
            </w:r>
            <w:r>
              <w:rPr>
                <w:b/>
                <w:color w:val="FFFFFF"/>
                <w:sz w:val="18"/>
                <w:lang w:eastAsia="ko-KR"/>
              </w:rPr>
              <w:t>본</w:t>
            </w:r>
            <w:r>
              <w:rPr>
                <w:b/>
                <w:color w:val="FFFFFF"/>
                <w:sz w:val="18"/>
                <w:lang w:eastAsia="ko-KR"/>
              </w:rPr>
              <w:t xml:space="preserve"> </w:t>
            </w:r>
            <w:r>
              <w:rPr>
                <w:b/>
                <w:color w:val="FFFFFF"/>
                <w:sz w:val="18"/>
                <w:lang w:eastAsia="ko-KR"/>
              </w:rPr>
              <w:t>사업</w:t>
            </w:r>
            <w:r>
              <w:rPr>
                <w:b/>
                <w:color w:val="FFFFFF"/>
                <w:sz w:val="18"/>
                <w:lang w:eastAsia="ko-KR"/>
              </w:rPr>
              <w:t xml:space="preserve"> </w:t>
            </w:r>
            <w:r>
              <w:rPr>
                <w:b/>
                <w:color w:val="FFFFFF"/>
                <w:sz w:val="18"/>
                <w:lang w:eastAsia="ko-KR"/>
              </w:rPr>
              <w:t>관련</w:t>
            </w:r>
            <w:r>
              <w:rPr>
                <w:b/>
                <w:color w:val="FFFFFF"/>
                <w:sz w:val="18"/>
                <w:lang w:eastAsia="ko-KR"/>
              </w:rPr>
              <w:t xml:space="preserve"> </w:t>
            </w:r>
            <w:r>
              <w:rPr>
                <w:b/>
                <w:color w:val="FFFFFF"/>
                <w:sz w:val="18"/>
                <w:lang w:eastAsia="ko-KR"/>
              </w:rPr>
              <w:t>유사경력</w:t>
            </w:r>
            <w:r>
              <w:rPr>
                <w:b/>
                <w:color w:val="FFFFFF"/>
                <w:sz w:val="18"/>
                <w:lang w:eastAsia="ko-KR"/>
              </w:rPr>
              <w:t xml:space="preserve"> </w:t>
            </w:r>
            <w:r>
              <w:rPr>
                <w:b/>
                <w:color w:val="FFFFFF"/>
                <w:sz w:val="18"/>
                <w:lang w:eastAsia="ko-KR"/>
              </w:rPr>
              <w:t>중심</w:t>
            </w:r>
            <w:r>
              <w:rPr>
                <w:b/>
                <w:color w:val="FFFFFF"/>
                <w:sz w:val="18"/>
                <w:lang w:eastAsia="ko-KR"/>
              </w:rPr>
              <w:t>)</w:t>
            </w:r>
          </w:p>
        </w:tc>
      </w:tr>
      <w:tr w:rsidR="00D37A3B" w14:paraId="1C2456B1" w14:textId="77777777">
        <w:trPr>
          <w:jc w:val="center"/>
        </w:trPr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C0D52" w14:textId="77777777" w:rsidR="00D37A3B" w:rsidRDefault="00D37A3B">
            <w:pPr>
              <w:rPr>
                <w:lang w:eastAsia="ko-KR"/>
              </w:rPr>
            </w:pP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7F5CD" w14:textId="77777777" w:rsidR="00D37A3B" w:rsidRDefault="00D37A3B">
            <w:pPr>
              <w:rPr>
                <w:lang w:eastAsia="ko-KR"/>
              </w:rPr>
            </w:pP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DB2B4" w14:textId="77777777" w:rsidR="00D37A3B" w:rsidRDefault="00D37A3B">
            <w:pPr>
              <w:rPr>
                <w:lang w:eastAsia="ko-KR"/>
              </w:rPr>
            </w:pPr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D9FB3" w14:textId="77777777" w:rsidR="00D37A3B" w:rsidRDefault="00D37A3B">
            <w:pPr>
              <w:rPr>
                <w:lang w:eastAsia="ko-KR"/>
              </w:rPr>
            </w:pPr>
          </w:p>
        </w:tc>
      </w:tr>
      <w:tr w:rsidR="00D37A3B" w14:paraId="0DEABCF8" w14:textId="77777777">
        <w:trPr>
          <w:jc w:val="center"/>
        </w:trPr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E94C6" w14:textId="77777777" w:rsidR="00D37A3B" w:rsidRDefault="00D37A3B">
            <w:pPr>
              <w:rPr>
                <w:lang w:eastAsia="ko-KR"/>
              </w:rPr>
            </w:pP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E4CEA" w14:textId="77777777" w:rsidR="00D37A3B" w:rsidRDefault="00D37A3B">
            <w:pPr>
              <w:rPr>
                <w:lang w:eastAsia="ko-KR"/>
              </w:rPr>
            </w:pP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996CF" w14:textId="77777777" w:rsidR="00D37A3B" w:rsidRDefault="00D37A3B">
            <w:pPr>
              <w:rPr>
                <w:lang w:eastAsia="ko-KR"/>
              </w:rPr>
            </w:pPr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B48F5" w14:textId="77777777" w:rsidR="00D37A3B" w:rsidRDefault="00D37A3B">
            <w:pPr>
              <w:rPr>
                <w:lang w:eastAsia="ko-KR"/>
              </w:rPr>
            </w:pPr>
          </w:p>
        </w:tc>
      </w:tr>
    </w:tbl>
    <w:p w14:paraId="01602108" w14:textId="77777777" w:rsidR="00D37A3B" w:rsidRDefault="00EC1DE1">
      <w:pPr>
        <w:spacing w:before="240" w:after="80"/>
        <w:rPr>
          <w:lang w:eastAsia="ko-KR"/>
        </w:rPr>
      </w:pPr>
      <w:r>
        <w:rPr>
          <w:b/>
          <w:sz w:val="18"/>
          <w:lang w:eastAsia="ko-KR"/>
        </w:rPr>
        <w:t xml:space="preserve">※ </w:t>
      </w:r>
      <w:r>
        <w:rPr>
          <w:b/>
          <w:sz w:val="18"/>
          <w:lang w:eastAsia="ko-KR"/>
        </w:rPr>
        <w:t>첨부</w:t>
      </w:r>
      <w:r>
        <w:rPr>
          <w:b/>
          <w:sz w:val="18"/>
          <w:lang w:eastAsia="ko-KR"/>
        </w:rPr>
        <w:t xml:space="preserve"> </w:t>
      </w:r>
      <w:r>
        <w:rPr>
          <w:b/>
          <w:sz w:val="18"/>
          <w:lang w:eastAsia="ko-KR"/>
        </w:rPr>
        <w:t>증빙서류</w:t>
      </w:r>
      <w:r>
        <w:rPr>
          <w:b/>
          <w:sz w:val="18"/>
          <w:lang w:eastAsia="ko-KR"/>
        </w:rPr>
        <w:t>:</w:t>
      </w:r>
    </w:p>
    <w:p w14:paraId="5FDFE674" w14:textId="77777777" w:rsidR="00D37A3B" w:rsidRDefault="00EC1DE1">
      <w:pPr>
        <w:spacing w:after="40"/>
        <w:ind w:left="216"/>
        <w:rPr>
          <w:lang w:eastAsia="ko-KR"/>
        </w:rPr>
      </w:pPr>
      <w:r>
        <w:rPr>
          <w:color w:val="666666"/>
          <w:sz w:val="17"/>
          <w:lang w:eastAsia="ko-KR"/>
        </w:rPr>
        <w:t xml:space="preserve">1. </w:t>
      </w:r>
      <w:r>
        <w:rPr>
          <w:color w:val="666666"/>
          <w:sz w:val="17"/>
          <w:lang w:eastAsia="ko-KR"/>
        </w:rPr>
        <w:t>재직증명서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및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경력증명서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각</w:t>
      </w:r>
      <w:r>
        <w:rPr>
          <w:color w:val="666666"/>
          <w:sz w:val="17"/>
          <w:lang w:eastAsia="ko-KR"/>
        </w:rPr>
        <w:t xml:space="preserve"> 1</w:t>
      </w:r>
      <w:r>
        <w:rPr>
          <w:color w:val="666666"/>
          <w:sz w:val="17"/>
          <w:lang w:eastAsia="ko-KR"/>
        </w:rPr>
        <w:t>부</w:t>
      </w:r>
      <w:r>
        <w:rPr>
          <w:color w:val="666666"/>
          <w:sz w:val="17"/>
          <w:lang w:eastAsia="ko-KR"/>
        </w:rPr>
        <w:t>.</w:t>
      </w:r>
    </w:p>
    <w:p w14:paraId="2B98D2F9" w14:textId="77777777" w:rsidR="00D37A3B" w:rsidRDefault="00EC1DE1">
      <w:pPr>
        <w:spacing w:after="40"/>
        <w:ind w:left="216"/>
        <w:rPr>
          <w:lang w:eastAsia="ko-KR"/>
        </w:rPr>
      </w:pPr>
      <w:r>
        <w:rPr>
          <w:color w:val="666666"/>
          <w:sz w:val="17"/>
          <w:lang w:eastAsia="ko-KR"/>
        </w:rPr>
        <w:t>2. 4</w:t>
      </w:r>
      <w:r>
        <w:rPr>
          <w:color w:val="666666"/>
          <w:sz w:val="17"/>
          <w:lang w:eastAsia="ko-KR"/>
        </w:rPr>
        <w:t>대보험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가입증명서</w:t>
      </w:r>
      <w:r>
        <w:rPr>
          <w:color w:val="666666"/>
          <w:sz w:val="17"/>
          <w:lang w:eastAsia="ko-KR"/>
        </w:rPr>
        <w:t xml:space="preserve"> 1</w:t>
      </w:r>
      <w:r>
        <w:rPr>
          <w:color w:val="666666"/>
          <w:sz w:val="17"/>
          <w:lang w:eastAsia="ko-KR"/>
        </w:rPr>
        <w:t>부</w:t>
      </w:r>
      <w:r>
        <w:rPr>
          <w:color w:val="666666"/>
          <w:sz w:val="17"/>
          <w:lang w:eastAsia="ko-KR"/>
        </w:rPr>
        <w:t>.</w:t>
      </w:r>
    </w:p>
    <w:p w14:paraId="20E26FCD" w14:textId="07B9A694" w:rsidR="000C65F2" w:rsidRDefault="00EC1DE1">
      <w:pPr>
        <w:spacing w:after="40"/>
        <w:ind w:left="216"/>
        <w:rPr>
          <w:color w:val="666666"/>
          <w:sz w:val="17"/>
          <w:lang w:eastAsia="ko-KR"/>
        </w:rPr>
      </w:pPr>
      <w:r>
        <w:rPr>
          <w:color w:val="666666"/>
          <w:sz w:val="17"/>
          <w:lang w:eastAsia="ko-KR"/>
        </w:rPr>
        <w:t xml:space="preserve">3. </w:t>
      </w:r>
      <w:r>
        <w:rPr>
          <w:color w:val="666666"/>
          <w:sz w:val="17"/>
          <w:lang w:eastAsia="ko-KR"/>
        </w:rPr>
        <w:t>자격증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사본</w:t>
      </w:r>
      <w:r>
        <w:rPr>
          <w:color w:val="666666"/>
          <w:sz w:val="17"/>
          <w:lang w:eastAsia="ko-KR"/>
        </w:rPr>
        <w:t>(</w:t>
      </w:r>
      <w:r>
        <w:rPr>
          <w:color w:val="666666"/>
          <w:sz w:val="17"/>
          <w:lang w:eastAsia="ko-KR"/>
        </w:rPr>
        <w:t>직업상담사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등</w:t>
      </w:r>
      <w:r>
        <w:rPr>
          <w:color w:val="666666"/>
          <w:sz w:val="17"/>
          <w:lang w:eastAsia="ko-KR"/>
        </w:rPr>
        <w:t xml:space="preserve"> </w:t>
      </w:r>
      <w:r>
        <w:rPr>
          <w:color w:val="666666"/>
          <w:sz w:val="17"/>
          <w:lang w:eastAsia="ko-KR"/>
        </w:rPr>
        <w:t>해당자</w:t>
      </w:r>
      <w:r>
        <w:rPr>
          <w:color w:val="666666"/>
          <w:sz w:val="17"/>
          <w:lang w:eastAsia="ko-KR"/>
        </w:rPr>
        <w:t>) 1</w:t>
      </w:r>
      <w:r>
        <w:rPr>
          <w:color w:val="666666"/>
          <w:sz w:val="17"/>
          <w:lang w:eastAsia="ko-KR"/>
        </w:rPr>
        <w:t>부</w:t>
      </w:r>
      <w:r>
        <w:rPr>
          <w:color w:val="666666"/>
          <w:sz w:val="17"/>
          <w:lang w:eastAsia="ko-KR"/>
        </w:rPr>
        <w:t>.</w:t>
      </w:r>
    </w:p>
    <w:p w14:paraId="78383A2E" w14:textId="77777777" w:rsidR="000C65F2" w:rsidRDefault="000C65F2">
      <w:pPr>
        <w:rPr>
          <w:color w:val="666666"/>
          <w:sz w:val="17"/>
          <w:lang w:eastAsia="ko-KR"/>
        </w:rPr>
      </w:pPr>
      <w:r>
        <w:rPr>
          <w:color w:val="666666"/>
          <w:sz w:val="17"/>
          <w:lang w:eastAsia="ko-KR"/>
        </w:rPr>
        <w:br w:type="page"/>
      </w:r>
    </w:p>
    <w:p w14:paraId="201CDC51" w14:textId="77777777" w:rsidR="000C65F2" w:rsidRDefault="000C65F2" w:rsidP="000C65F2">
      <w:pPr>
        <w:spacing w:before="300" w:after="300"/>
        <w:rPr>
          <w:lang w:eastAsia="ko-KR"/>
        </w:rPr>
      </w:pPr>
      <w:r>
        <w:rPr>
          <w:b/>
          <w:color w:val="1B365D"/>
          <w:sz w:val="28"/>
          <w:lang w:eastAsia="ko-KR"/>
        </w:rPr>
        <w:lastRenderedPageBreak/>
        <w:t>[</w:t>
      </w:r>
      <w:r>
        <w:rPr>
          <w:b/>
          <w:color w:val="1B365D"/>
          <w:sz w:val="28"/>
          <w:lang w:eastAsia="ko-KR"/>
        </w:rPr>
        <w:t>서식</w:t>
      </w:r>
      <w:r>
        <w:rPr>
          <w:b/>
          <w:color w:val="1B365D"/>
          <w:sz w:val="28"/>
          <w:lang w:eastAsia="ko-KR"/>
        </w:rPr>
        <w:t xml:space="preserve"> 6] </w:t>
      </w:r>
      <w:r>
        <w:rPr>
          <w:b/>
          <w:color w:val="1B365D"/>
          <w:sz w:val="28"/>
          <w:lang w:eastAsia="ko-KR"/>
        </w:rPr>
        <w:t>확약서</w:t>
      </w:r>
    </w:p>
    <w:p w14:paraId="0E3CCE98" w14:textId="77777777" w:rsidR="000C65F2" w:rsidRDefault="000C65F2" w:rsidP="000C65F2">
      <w:pPr>
        <w:spacing w:after="500"/>
        <w:jc w:val="center"/>
        <w:rPr>
          <w:lang w:eastAsia="ko-KR"/>
        </w:rPr>
      </w:pPr>
      <w:r>
        <w:rPr>
          <w:b/>
          <w:sz w:val="36"/>
          <w:lang w:eastAsia="ko-KR"/>
        </w:rPr>
        <w:t>확</w:t>
      </w:r>
      <w:r>
        <w:rPr>
          <w:b/>
          <w:sz w:val="36"/>
          <w:lang w:eastAsia="ko-KR"/>
        </w:rPr>
        <w:t xml:space="preserve">  </w:t>
      </w:r>
      <w:r>
        <w:rPr>
          <w:b/>
          <w:sz w:val="36"/>
          <w:lang w:eastAsia="ko-KR"/>
        </w:rPr>
        <w:t>약</w:t>
      </w:r>
      <w:r>
        <w:rPr>
          <w:b/>
          <w:sz w:val="36"/>
          <w:lang w:eastAsia="ko-KR"/>
        </w:rPr>
        <w:t xml:space="preserve">  </w:t>
      </w:r>
      <w:r>
        <w:rPr>
          <w:b/>
          <w:sz w:val="36"/>
          <w:lang w:eastAsia="ko-KR"/>
        </w:rPr>
        <w:t>서</w:t>
      </w:r>
    </w:p>
    <w:p w14:paraId="4DCE556A" w14:textId="77777777" w:rsidR="000C65F2" w:rsidRDefault="000C65F2" w:rsidP="000C65F2">
      <w:pPr>
        <w:spacing w:after="400"/>
        <w:rPr>
          <w:lang w:eastAsia="ko-KR"/>
        </w:rPr>
      </w:pPr>
      <w:r>
        <w:rPr>
          <w:b/>
          <w:sz w:val="22"/>
          <w:lang w:eastAsia="ko-KR"/>
        </w:rPr>
        <w:t>용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역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명</w:t>
      </w:r>
      <w:r>
        <w:rPr>
          <w:b/>
          <w:sz w:val="22"/>
          <w:lang w:eastAsia="ko-KR"/>
        </w:rPr>
        <w:t xml:space="preserve"> : </w:t>
      </w:r>
      <w:r>
        <w:rPr>
          <w:b/>
          <w:sz w:val="22"/>
          <w:lang w:eastAsia="ko-KR"/>
        </w:rPr>
        <w:t>동국대학교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청년취업사관학교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「대학</w:t>
      </w:r>
      <w:r>
        <w:rPr>
          <w:b/>
          <w:sz w:val="22"/>
          <w:lang w:eastAsia="ko-KR"/>
        </w:rPr>
        <w:t>+</w:t>
      </w:r>
      <w:r>
        <w:rPr>
          <w:b/>
          <w:sz w:val="22"/>
          <w:lang w:eastAsia="ko-KR"/>
        </w:rPr>
        <w:t>」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통합운영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지원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용역</w:t>
      </w:r>
    </w:p>
    <w:p w14:paraId="7FAFA62F" w14:textId="77777777" w:rsidR="000C65F2" w:rsidRDefault="000C65F2" w:rsidP="000C65F2">
      <w:pPr>
        <w:spacing w:after="300" w:line="320" w:lineRule="exact"/>
        <w:rPr>
          <w:lang w:eastAsia="ko-KR"/>
        </w:rPr>
      </w:pPr>
      <w:r>
        <w:rPr>
          <w:lang w:eastAsia="ko-KR"/>
        </w:rPr>
        <w:t>당사는</w:t>
      </w:r>
      <w:r>
        <w:rPr>
          <w:lang w:eastAsia="ko-KR"/>
        </w:rPr>
        <w:t xml:space="preserve"> </w:t>
      </w:r>
      <w:r>
        <w:rPr>
          <w:lang w:eastAsia="ko-KR"/>
        </w:rPr>
        <w:t>동국대학교</w:t>
      </w:r>
      <w:r>
        <w:rPr>
          <w:lang w:eastAsia="ko-KR"/>
        </w:rPr>
        <w:t xml:space="preserve"> </w:t>
      </w:r>
      <w:r>
        <w:rPr>
          <w:lang w:eastAsia="ko-KR"/>
        </w:rPr>
        <w:t>미래융합교육원에서</w:t>
      </w:r>
      <w:r>
        <w:rPr>
          <w:lang w:eastAsia="ko-KR"/>
        </w:rPr>
        <w:t xml:space="preserve"> </w:t>
      </w:r>
      <w:r>
        <w:rPr>
          <w:lang w:eastAsia="ko-KR"/>
        </w:rPr>
        <w:t>발주한</w:t>
      </w:r>
      <w:r>
        <w:rPr>
          <w:lang w:eastAsia="ko-KR"/>
        </w:rPr>
        <w:t xml:space="preserve"> </w:t>
      </w:r>
      <w:r>
        <w:rPr>
          <w:lang w:eastAsia="ko-KR"/>
        </w:rPr>
        <w:t>「동국대학교</w:t>
      </w:r>
      <w:r>
        <w:rPr>
          <w:lang w:eastAsia="ko-KR"/>
        </w:rPr>
        <w:t xml:space="preserve"> </w:t>
      </w:r>
      <w:r>
        <w:rPr>
          <w:lang w:eastAsia="ko-KR"/>
        </w:rPr>
        <w:t>청년취업사관학교</w:t>
      </w:r>
      <w:r>
        <w:rPr>
          <w:lang w:eastAsia="ko-KR"/>
        </w:rPr>
        <w:t xml:space="preserve"> </w:t>
      </w:r>
      <w:r>
        <w:rPr>
          <w:lang w:eastAsia="ko-KR"/>
        </w:rPr>
        <w:t>『대학</w:t>
      </w:r>
      <w:r>
        <w:rPr>
          <w:lang w:eastAsia="ko-KR"/>
        </w:rPr>
        <w:t>+</w:t>
      </w:r>
      <w:r>
        <w:rPr>
          <w:lang w:eastAsia="ko-KR"/>
        </w:rPr>
        <w:t>』</w:t>
      </w:r>
      <w:r>
        <w:rPr>
          <w:lang w:eastAsia="ko-KR"/>
        </w:rPr>
        <w:t xml:space="preserve"> </w:t>
      </w:r>
      <w:r>
        <w:rPr>
          <w:lang w:eastAsia="ko-KR"/>
        </w:rPr>
        <w:t>통합운영</w:t>
      </w:r>
      <w:r>
        <w:rPr>
          <w:lang w:eastAsia="ko-KR"/>
        </w:rPr>
        <w:t xml:space="preserve"> </w:t>
      </w:r>
      <w:r>
        <w:rPr>
          <w:lang w:eastAsia="ko-KR"/>
        </w:rPr>
        <w:t>지원</w:t>
      </w:r>
      <w:r>
        <w:rPr>
          <w:lang w:eastAsia="ko-KR"/>
        </w:rPr>
        <w:t xml:space="preserve"> </w:t>
      </w:r>
      <w:r>
        <w:rPr>
          <w:lang w:eastAsia="ko-KR"/>
        </w:rPr>
        <w:t>용역」</w:t>
      </w:r>
      <w:r>
        <w:rPr>
          <w:lang w:eastAsia="ko-KR"/>
        </w:rPr>
        <w:t xml:space="preserve"> </w:t>
      </w:r>
      <w:r>
        <w:rPr>
          <w:lang w:eastAsia="ko-KR"/>
        </w:rPr>
        <w:t>입찰에</w:t>
      </w:r>
      <w:r>
        <w:rPr>
          <w:lang w:eastAsia="ko-KR"/>
        </w:rPr>
        <w:t xml:space="preserve"> </w:t>
      </w:r>
      <w:r>
        <w:rPr>
          <w:lang w:eastAsia="ko-KR"/>
        </w:rPr>
        <w:t>참여함에</w:t>
      </w:r>
      <w:r>
        <w:rPr>
          <w:lang w:eastAsia="ko-KR"/>
        </w:rPr>
        <w:t xml:space="preserve"> </w:t>
      </w:r>
      <w:r>
        <w:rPr>
          <w:lang w:eastAsia="ko-KR"/>
        </w:rPr>
        <w:t>있어</w:t>
      </w:r>
      <w:r>
        <w:rPr>
          <w:lang w:eastAsia="ko-KR"/>
        </w:rPr>
        <w:t xml:space="preserve"> </w:t>
      </w:r>
      <w:r>
        <w:rPr>
          <w:lang w:eastAsia="ko-KR"/>
        </w:rPr>
        <w:t>다음</w:t>
      </w:r>
      <w:r>
        <w:rPr>
          <w:lang w:eastAsia="ko-KR"/>
        </w:rPr>
        <w:t xml:space="preserve"> </w:t>
      </w:r>
      <w:r>
        <w:rPr>
          <w:lang w:eastAsia="ko-KR"/>
        </w:rPr>
        <w:t>사항을</w:t>
      </w:r>
      <w:r>
        <w:rPr>
          <w:lang w:eastAsia="ko-KR"/>
        </w:rPr>
        <w:t xml:space="preserve"> </w:t>
      </w:r>
      <w:r>
        <w:rPr>
          <w:lang w:eastAsia="ko-KR"/>
        </w:rPr>
        <w:t>성실히</w:t>
      </w:r>
      <w:r>
        <w:rPr>
          <w:lang w:eastAsia="ko-KR"/>
        </w:rPr>
        <w:t xml:space="preserve"> </w:t>
      </w:r>
      <w:r>
        <w:rPr>
          <w:lang w:eastAsia="ko-KR"/>
        </w:rPr>
        <w:t>이행하고</w:t>
      </w:r>
      <w:r>
        <w:rPr>
          <w:lang w:eastAsia="ko-KR"/>
        </w:rPr>
        <w:t xml:space="preserve"> </w:t>
      </w:r>
      <w:r>
        <w:rPr>
          <w:lang w:eastAsia="ko-KR"/>
        </w:rPr>
        <w:t>준수할</w:t>
      </w:r>
      <w:r>
        <w:rPr>
          <w:lang w:eastAsia="ko-KR"/>
        </w:rPr>
        <w:t xml:space="preserve"> </w:t>
      </w:r>
      <w:r>
        <w:rPr>
          <w:lang w:eastAsia="ko-KR"/>
        </w:rPr>
        <w:t>것을</w:t>
      </w:r>
      <w:r>
        <w:rPr>
          <w:lang w:eastAsia="ko-KR"/>
        </w:rPr>
        <w:t xml:space="preserve"> </w:t>
      </w:r>
      <w:r>
        <w:rPr>
          <w:lang w:eastAsia="ko-KR"/>
        </w:rPr>
        <w:t>확약합니다</w:t>
      </w:r>
      <w:r>
        <w:rPr>
          <w:lang w:eastAsia="ko-KR"/>
        </w:rPr>
        <w:t>.</w:t>
      </w:r>
    </w:p>
    <w:p w14:paraId="108761BF" w14:textId="77777777" w:rsidR="000C65F2" w:rsidRDefault="000C65F2" w:rsidP="000C65F2">
      <w:pPr>
        <w:spacing w:line="300" w:lineRule="exact"/>
        <w:ind w:left="216"/>
        <w:rPr>
          <w:lang w:eastAsia="ko-KR"/>
        </w:rPr>
      </w:pPr>
      <w:r>
        <w:rPr>
          <w:b/>
          <w:sz w:val="19"/>
          <w:lang w:eastAsia="ko-KR"/>
        </w:rPr>
        <w:t xml:space="preserve">1. </w:t>
      </w:r>
      <w:r>
        <w:rPr>
          <w:b/>
          <w:sz w:val="19"/>
          <w:lang w:eastAsia="ko-KR"/>
        </w:rPr>
        <w:t>제안내용의</w:t>
      </w:r>
      <w:r>
        <w:rPr>
          <w:b/>
          <w:sz w:val="19"/>
          <w:lang w:eastAsia="ko-KR"/>
        </w:rPr>
        <w:t xml:space="preserve"> </w:t>
      </w:r>
      <w:r>
        <w:rPr>
          <w:b/>
          <w:sz w:val="19"/>
          <w:lang w:eastAsia="ko-KR"/>
        </w:rPr>
        <w:t>진실성</w:t>
      </w:r>
      <w:r>
        <w:rPr>
          <w:b/>
          <w:sz w:val="19"/>
          <w:lang w:eastAsia="ko-KR"/>
        </w:rPr>
        <w:t>: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제출된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모든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제안서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및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관련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증빙자료는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사실에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입각하여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작성되었으며</w:t>
      </w:r>
      <w:r>
        <w:rPr>
          <w:sz w:val="19"/>
          <w:lang w:eastAsia="ko-KR"/>
        </w:rPr>
        <w:t xml:space="preserve">, </w:t>
      </w:r>
      <w:r>
        <w:rPr>
          <w:sz w:val="19"/>
          <w:lang w:eastAsia="ko-KR"/>
        </w:rPr>
        <w:t>허위</w:t>
      </w:r>
      <w:r>
        <w:rPr>
          <w:sz w:val="19"/>
          <w:lang w:eastAsia="ko-KR"/>
        </w:rPr>
        <w:t>·</w:t>
      </w:r>
      <w:r>
        <w:rPr>
          <w:sz w:val="19"/>
          <w:lang w:eastAsia="ko-KR"/>
        </w:rPr>
        <w:t>과장</w:t>
      </w:r>
      <w:r>
        <w:rPr>
          <w:sz w:val="19"/>
          <w:lang w:eastAsia="ko-KR"/>
        </w:rPr>
        <w:t>·</w:t>
      </w:r>
      <w:r>
        <w:rPr>
          <w:sz w:val="19"/>
          <w:lang w:eastAsia="ko-KR"/>
        </w:rPr>
        <w:t>가공된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사실이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없음을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확약합니다</w:t>
      </w:r>
      <w:r>
        <w:rPr>
          <w:sz w:val="19"/>
          <w:lang w:eastAsia="ko-KR"/>
        </w:rPr>
        <w:t xml:space="preserve">. </w:t>
      </w:r>
      <w:r>
        <w:rPr>
          <w:sz w:val="19"/>
          <w:lang w:eastAsia="ko-KR"/>
        </w:rPr>
        <w:t>만일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허위사실이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발견될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경우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입찰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자격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박탈</w:t>
      </w:r>
      <w:r>
        <w:rPr>
          <w:sz w:val="19"/>
          <w:lang w:eastAsia="ko-KR"/>
        </w:rPr>
        <w:t xml:space="preserve">, </w:t>
      </w:r>
      <w:r>
        <w:rPr>
          <w:sz w:val="19"/>
          <w:lang w:eastAsia="ko-KR"/>
        </w:rPr>
        <w:t>계약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해지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및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부정당업자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제재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등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어떠한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불이익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조치도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감수하겠습니다</w:t>
      </w:r>
      <w:r>
        <w:rPr>
          <w:sz w:val="19"/>
          <w:lang w:eastAsia="ko-KR"/>
        </w:rPr>
        <w:t>.</w:t>
      </w:r>
    </w:p>
    <w:p w14:paraId="34BD9BDA" w14:textId="77777777" w:rsidR="000C65F2" w:rsidRDefault="000C65F2" w:rsidP="000C65F2">
      <w:pPr>
        <w:spacing w:line="300" w:lineRule="exact"/>
        <w:ind w:left="216"/>
        <w:rPr>
          <w:lang w:eastAsia="ko-KR"/>
        </w:rPr>
      </w:pPr>
      <w:r>
        <w:rPr>
          <w:b/>
          <w:sz w:val="19"/>
          <w:lang w:eastAsia="ko-KR"/>
        </w:rPr>
        <w:t xml:space="preserve">2. </w:t>
      </w:r>
      <w:r>
        <w:rPr>
          <w:b/>
          <w:sz w:val="19"/>
          <w:lang w:eastAsia="ko-KR"/>
        </w:rPr>
        <w:t>타</w:t>
      </w:r>
      <w:r>
        <w:rPr>
          <w:b/>
          <w:sz w:val="19"/>
          <w:lang w:eastAsia="ko-KR"/>
        </w:rPr>
        <w:t xml:space="preserve"> </w:t>
      </w:r>
      <w:r>
        <w:rPr>
          <w:b/>
          <w:sz w:val="19"/>
          <w:lang w:eastAsia="ko-KR"/>
        </w:rPr>
        <w:t>기관</w:t>
      </w:r>
      <w:r>
        <w:rPr>
          <w:b/>
          <w:sz w:val="19"/>
          <w:lang w:eastAsia="ko-KR"/>
        </w:rPr>
        <w:t xml:space="preserve"> </w:t>
      </w:r>
      <w:r>
        <w:rPr>
          <w:b/>
          <w:sz w:val="19"/>
          <w:lang w:eastAsia="ko-KR"/>
        </w:rPr>
        <w:t>동일제안</w:t>
      </w:r>
      <w:r>
        <w:rPr>
          <w:b/>
          <w:sz w:val="19"/>
          <w:lang w:eastAsia="ko-KR"/>
        </w:rPr>
        <w:t xml:space="preserve"> </w:t>
      </w:r>
      <w:r>
        <w:rPr>
          <w:b/>
          <w:sz w:val="19"/>
          <w:lang w:eastAsia="ko-KR"/>
        </w:rPr>
        <w:t>부존재</w:t>
      </w:r>
      <w:r>
        <w:rPr>
          <w:b/>
          <w:sz w:val="19"/>
          <w:lang w:eastAsia="ko-KR"/>
        </w:rPr>
        <w:t>: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본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사업에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제출된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제안서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내용이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타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정부부처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및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지자체</w:t>
      </w:r>
      <w:r>
        <w:rPr>
          <w:sz w:val="19"/>
          <w:lang w:eastAsia="ko-KR"/>
        </w:rPr>
        <w:t xml:space="preserve">, </w:t>
      </w:r>
      <w:r>
        <w:rPr>
          <w:sz w:val="19"/>
          <w:lang w:eastAsia="ko-KR"/>
        </w:rPr>
        <w:t>타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대학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사업에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중복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제출되거나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동일하게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사용된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사실이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없음을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확인합니다</w:t>
      </w:r>
      <w:r>
        <w:rPr>
          <w:sz w:val="19"/>
          <w:lang w:eastAsia="ko-KR"/>
        </w:rPr>
        <w:t>.</w:t>
      </w:r>
    </w:p>
    <w:p w14:paraId="44C5D8E6" w14:textId="7F4FDA70" w:rsidR="000C65F2" w:rsidRDefault="00E8710F" w:rsidP="000C65F2">
      <w:pPr>
        <w:spacing w:line="300" w:lineRule="exact"/>
        <w:ind w:left="216"/>
        <w:rPr>
          <w:lang w:eastAsia="ko-KR"/>
        </w:rPr>
      </w:pPr>
      <w:r>
        <w:rPr>
          <w:b/>
          <w:sz w:val="19"/>
          <w:lang w:eastAsia="ko-KR"/>
        </w:rPr>
        <w:t>3</w:t>
      </w:r>
      <w:r w:rsidR="000C65F2">
        <w:rPr>
          <w:b/>
          <w:sz w:val="19"/>
          <w:lang w:eastAsia="ko-KR"/>
        </w:rPr>
        <w:t xml:space="preserve">. </w:t>
      </w:r>
      <w:r w:rsidR="000C65F2">
        <w:rPr>
          <w:b/>
          <w:sz w:val="19"/>
          <w:lang w:eastAsia="ko-KR"/>
        </w:rPr>
        <w:t>권리</w:t>
      </w:r>
      <w:r w:rsidR="000C65F2">
        <w:rPr>
          <w:b/>
          <w:sz w:val="19"/>
          <w:lang w:eastAsia="ko-KR"/>
        </w:rPr>
        <w:t xml:space="preserve"> </w:t>
      </w:r>
      <w:r w:rsidR="000C65F2">
        <w:rPr>
          <w:b/>
          <w:sz w:val="19"/>
          <w:lang w:eastAsia="ko-KR"/>
        </w:rPr>
        <w:t>귀속</w:t>
      </w:r>
      <w:r w:rsidR="000C65F2">
        <w:rPr>
          <w:b/>
          <w:sz w:val="19"/>
          <w:lang w:eastAsia="ko-KR"/>
        </w:rPr>
        <w:t xml:space="preserve"> </w:t>
      </w:r>
      <w:r w:rsidR="000C65F2">
        <w:rPr>
          <w:b/>
          <w:sz w:val="19"/>
          <w:lang w:eastAsia="ko-KR"/>
        </w:rPr>
        <w:t>및</w:t>
      </w:r>
      <w:r w:rsidR="000C65F2">
        <w:rPr>
          <w:b/>
          <w:sz w:val="19"/>
          <w:lang w:eastAsia="ko-KR"/>
        </w:rPr>
        <w:t xml:space="preserve"> </w:t>
      </w:r>
      <w:r w:rsidR="000C65F2">
        <w:rPr>
          <w:b/>
          <w:sz w:val="19"/>
          <w:lang w:eastAsia="ko-KR"/>
        </w:rPr>
        <w:t>보안</w:t>
      </w:r>
      <w:r w:rsidR="000C65F2">
        <w:rPr>
          <w:b/>
          <w:sz w:val="19"/>
          <w:lang w:eastAsia="ko-KR"/>
        </w:rPr>
        <w:t xml:space="preserve"> </w:t>
      </w:r>
      <w:r w:rsidR="000C65F2">
        <w:rPr>
          <w:b/>
          <w:sz w:val="19"/>
          <w:lang w:eastAsia="ko-KR"/>
        </w:rPr>
        <w:t>준수</w:t>
      </w:r>
      <w:r w:rsidR="000C65F2">
        <w:rPr>
          <w:b/>
          <w:sz w:val="19"/>
          <w:lang w:eastAsia="ko-KR"/>
        </w:rPr>
        <w:t>: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본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용역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수행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결과로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발생되는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모든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산출물</w:t>
      </w:r>
      <w:r w:rsidR="000C65F2">
        <w:rPr>
          <w:sz w:val="19"/>
          <w:lang w:eastAsia="ko-KR"/>
        </w:rPr>
        <w:t xml:space="preserve">, </w:t>
      </w:r>
      <w:r w:rsidR="000C65F2">
        <w:rPr>
          <w:sz w:val="19"/>
          <w:lang w:eastAsia="ko-KR"/>
        </w:rPr>
        <w:t>데이터</w:t>
      </w:r>
      <w:r w:rsidR="000C65F2">
        <w:rPr>
          <w:sz w:val="19"/>
          <w:lang w:eastAsia="ko-KR"/>
        </w:rPr>
        <w:t xml:space="preserve">, </w:t>
      </w:r>
      <w:r w:rsidR="000C65F2">
        <w:rPr>
          <w:sz w:val="19"/>
          <w:lang w:eastAsia="ko-KR"/>
        </w:rPr>
        <w:t>성과확산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콘텐츠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등의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지식재산권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및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사용권은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동국대학교와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계약조건에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따르며</w:t>
      </w:r>
      <w:r w:rsidR="000C65F2">
        <w:rPr>
          <w:sz w:val="19"/>
          <w:lang w:eastAsia="ko-KR"/>
        </w:rPr>
        <w:t xml:space="preserve">, </w:t>
      </w:r>
      <w:r w:rsidR="000C65F2">
        <w:rPr>
          <w:sz w:val="19"/>
          <w:lang w:eastAsia="ko-KR"/>
        </w:rPr>
        <w:t>무단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반출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또는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제</w:t>
      </w:r>
      <w:r w:rsidR="000C65F2">
        <w:rPr>
          <w:sz w:val="19"/>
          <w:lang w:eastAsia="ko-KR"/>
        </w:rPr>
        <w:t>3</w:t>
      </w:r>
      <w:r w:rsidR="000C65F2">
        <w:rPr>
          <w:sz w:val="19"/>
          <w:lang w:eastAsia="ko-KR"/>
        </w:rPr>
        <w:t>자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제공을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하지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않을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것을</w:t>
      </w:r>
      <w:r w:rsidR="000C65F2">
        <w:rPr>
          <w:sz w:val="19"/>
          <w:lang w:eastAsia="ko-KR"/>
        </w:rPr>
        <w:t xml:space="preserve"> </w:t>
      </w:r>
      <w:r w:rsidR="000C65F2">
        <w:rPr>
          <w:sz w:val="19"/>
          <w:lang w:eastAsia="ko-KR"/>
        </w:rPr>
        <w:t>확약합니다</w:t>
      </w:r>
      <w:r w:rsidR="000C65F2">
        <w:rPr>
          <w:sz w:val="19"/>
          <w:lang w:eastAsia="ko-KR"/>
        </w:rPr>
        <w:t>.</w:t>
      </w:r>
    </w:p>
    <w:p w14:paraId="751ED35B" w14:textId="77777777" w:rsidR="000C65F2" w:rsidRDefault="000C65F2" w:rsidP="000C65F2">
      <w:pPr>
        <w:spacing w:after="400"/>
        <w:rPr>
          <w:lang w:eastAsia="ko-KR"/>
        </w:rPr>
      </w:pPr>
    </w:p>
    <w:p w14:paraId="3A9F482A" w14:textId="77777777" w:rsidR="000C65F2" w:rsidRDefault="000C65F2" w:rsidP="000C65F2">
      <w:pPr>
        <w:spacing w:after="600"/>
        <w:jc w:val="center"/>
        <w:rPr>
          <w:lang w:eastAsia="ko-KR"/>
        </w:rPr>
      </w:pPr>
      <w:r>
        <w:rPr>
          <w:b/>
          <w:sz w:val="22"/>
          <w:lang w:eastAsia="ko-KR"/>
        </w:rPr>
        <w:t>2026</w:t>
      </w:r>
      <w:r>
        <w:rPr>
          <w:b/>
          <w:sz w:val="22"/>
          <w:lang w:eastAsia="ko-KR"/>
        </w:rPr>
        <w:t>년</w:t>
      </w:r>
      <w:r>
        <w:rPr>
          <w:b/>
          <w:sz w:val="22"/>
          <w:lang w:eastAsia="ko-KR"/>
        </w:rPr>
        <w:t xml:space="preserve">      </w:t>
      </w:r>
      <w:r>
        <w:rPr>
          <w:b/>
          <w:sz w:val="22"/>
          <w:lang w:eastAsia="ko-KR"/>
        </w:rPr>
        <w:t>월</w:t>
      </w:r>
      <w:r>
        <w:rPr>
          <w:b/>
          <w:sz w:val="22"/>
          <w:lang w:eastAsia="ko-KR"/>
        </w:rPr>
        <w:t xml:space="preserve">      </w:t>
      </w:r>
      <w:r>
        <w:rPr>
          <w:b/>
          <w:sz w:val="22"/>
          <w:lang w:eastAsia="ko-KR"/>
        </w:rPr>
        <w:t>일</w:t>
      </w:r>
    </w:p>
    <w:p w14:paraId="0BA041B6" w14:textId="77777777" w:rsidR="000C65F2" w:rsidRDefault="000C65F2" w:rsidP="000C65F2">
      <w:pPr>
        <w:spacing w:after="120"/>
        <w:ind w:left="3168"/>
        <w:rPr>
          <w:lang w:eastAsia="ko-KR"/>
        </w:rPr>
      </w:pPr>
      <w:r>
        <w:rPr>
          <w:sz w:val="21"/>
          <w:lang w:eastAsia="ko-KR"/>
        </w:rPr>
        <w:t>주</w:t>
      </w:r>
      <w:r>
        <w:rPr>
          <w:sz w:val="21"/>
          <w:lang w:eastAsia="ko-KR"/>
        </w:rPr>
        <w:t xml:space="preserve">       </w:t>
      </w:r>
      <w:r>
        <w:rPr>
          <w:sz w:val="21"/>
          <w:lang w:eastAsia="ko-KR"/>
        </w:rPr>
        <w:t>소</w:t>
      </w:r>
      <w:r>
        <w:rPr>
          <w:sz w:val="21"/>
          <w:lang w:eastAsia="ko-KR"/>
        </w:rPr>
        <w:t xml:space="preserve"> : </w:t>
      </w:r>
    </w:p>
    <w:p w14:paraId="1E059D6A" w14:textId="77777777" w:rsidR="000C65F2" w:rsidRDefault="000C65F2" w:rsidP="000C65F2">
      <w:pPr>
        <w:spacing w:after="120"/>
        <w:ind w:left="3168"/>
        <w:rPr>
          <w:lang w:eastAsia="ko-KR"/>
        </w:rPr>
      </w:pPr>
      <w:r>
        <w:rPr>
          <w:sz w:val="21"/>
          <w:lang w:eastAsia="ko-KR"/>
        </w:rPr>
        <w:t>상</w:t>
      </w:r>
      <w:r>
        <w:rPr>
          <w:sz w:val="21"/>
          <w:lang w:eastAsia="ko-KR"/>
        </w:rPr>
        <w:t xml:space="preserve"> </w:t>
      </w:r>
      <w:r>
        <w:rPr>
          <w:sz w:val="21"/>
          <w:lang w:eastAsia="ko-KR"/>
        </w:rPr>
        <w:t>호</w:t>
      </w:r>
      <w:r>
        <w:rPr>
          <w:sz w:val="21"/>
          <w:lang w:eastAsia="ko-KR"/>
        </w:rPr>
        <w:t xml:space="preserve"> </w:t>
      </w:r>
      <w:r>
        <w:rPr>
          <w:sz w:val="21"/>
          <w:lang w:eastAsia="ko-KR"/>
        </w:rPr>
        <w:t>명</w:t>
      </w:r>
      <w:r>
        <w:rPr>
          <w:sz w:val="21"/>
          <w:lang w:eastAsia="ko-KR"/>
        </w:rPr>
        <w:t xml:space="preserve"> : </w:t>
      </w:r>
    </w:p>
    <w:p w14:paraId="5874AB1F" w14:textId="77777777" w:rsidR="000C65F2" w:rsidRDefault="000C65F2" w:rsidP="000C65F2">
      <w:pPr>
        <w:spacing w:after="120"/>
        <w:ind w:left="3168"/>
        <w:rPr>
          <w:lang w:eastAsia="ko-KR"/>
        </w:rPr>
      </w:pPr>
      <w:r>
        <w:rPr>
          <w:b/>
          <w:sz w:val="21"/>
          <w:lang w:eastAsia="ko-KR"/>
        </w:rPr>
        <w:t>대</w:t>
      </w:r>
      <w:r>
        <w:rPr>
          <w:b/>
          <w:sz w:val="21"/>
          <w:lang w:eastAsia="ko-KR"/>
        </w:rPr>
        <w:t xml:space="preserve"> </w:t>
      </w:r>
      <w:r>
        <w:rPr>
          <w:b/>
          <w:sz w:val="21"/>
          <w:lang w:eastAsia="ko-KR"/>
        </w:rPr>
        <w:t>표</w:t>
      </w:r>
      <w:r>
        <w:rPr>
          <w:b/>
          <w:sz w:val="21"/>
          <w:lang w:eastAsia="ko-KR"/>
        </w:rPr>
        <w:t xml:space="preserve"> </w:t>
      </w:r>
      <w:r>
        <w:rPr>
          <w:b/>
          <w:sz w:val="21"/>
          <w:lang w:eastAsia="ko-KR"/>
        </w:rPr>
        <w:t>자</w:t>
      </w:r>
      <w:r>
        <w:rPr>
          <w:b/>
          <w:sz w:val="21"/>
          <w:lang w:eastAsia="ko-KR"/>
        </w:rPr>
        <w:t xml:space="preserve"> :                                   (</w:t>
      </w:r>
      <w:r>
        <w:rPr>
          <w:b/>
          <w:sz w:val="21"/>
          <w:lang w:eastAsia="ko-KR"/>
        </w:rPr>
        <w:t>인</w:t>
      </w:r>
      <w:r>
        <w:rPr>
          <w:b/>
          <w:sz w:val="21"/>
          <w:lang w:eastAsia="ko-KR"/>
        </w:rPr>
        <w:t xml:space="preserve"> / </w:t>
      </w:r>
      <w:r>
        <w:rPr>
          <w:b/>
          <w:sz w:val="21"/>
          <w:lang w:eastAsia="ko-KR"/>
        </w:rPr>
        <w:t>직인</w:t>
      </w:r>
      <w:r>
        <w:rPr>
          <w:b/>
          <w:sz w:val="21"/>
          <w:lang w:eastAsia="ko-KR"/>
        </w:rPr>
        <w:t>)</w:t>
      </w:r>
    </w:p>
    <w:p w14:paraId="0ED5A645" w14:textId="77777777" w:rsidR="000C65F2" w:rsidRDefault="000C65F2" w:rsidP="000C65F2">
      <w:pPr>
        <w:spacing w:after="500"/>
        <w:rPr>
          <w:lang w:eastAsia="ko-KR"/>
        </w:rPr>
      </w:pPr>
    </w:p>
    <w:p w14:paraId="46E2E9D2" w14:textId="42128B25" w:rsidR="00D37A3B" w:rsidRPr="000C65F2" w:rsidRDefault="000C65F2" w:rsidP="000C65F2">
      <w:pPr>
        <w:ind w:left="720"/>
        <w:rPr>
          <w:rFonts w:eastAsia="맑은 고딕"/>
          <w:lang w:eastAsia="ko-KR"/>
        </w:rPr>
      </w:pPr>
      <w:r>
        <w:rPr>
          <w:b/>
          <w:color w:val="1B365D"/>
          <w:sz w:val="26"/>
          <w:lang w:eastAsia="ko-KR"/>
        </w:rPr>
        <w:t>동국대학교</w:t>
      </w:r>
      <w:r>
        <w:rPr>
          <w:b/>
          <w:color w:val="1B365D"/>
          <w:sz w:val="26"/>
          <w:lang w:eastAsia="ko-KR"/>
        </w:rPr>
        <w:t xml:space="preserve"> </w:t>
      </w:r>
      <w:r>
        <w:rPr>
          <w:rFonts w:eastAsia="맑은 고딕" w:cs="맑은 고딕" w:hint="eastAsia"/>
          <w:b/>
          <w:color w:val="1B365D"/>
          <w:sz w:val="26"/>
          <w:lang w:eastAsia="ko-KR"/>
        </w:rPr>
        <w:t>총장</w:t>
      </w:r>
      <w:r>
        <w:rPr>
          <w:b/>
          <w:color w:val="1B365D"/>
          <w:sz w:val="26"/>
          <w:lang w:eastAsia="ko-KR"/>
        </w:rPr>
        <w:t xml:space="preserve"> </w:t>
      </w:r>
      <w:r>
        <w:rPr>
          <w:b/>
          <w:color w:val="1B365D"/>
          <w:sz w:val="26"/>
          <w:lang w:eastAsia="ko-KR"/>
        </w:rPr>
        <w:t>귀하</w:t>
      </w:r>
    </w:p>
    <w:sectPr w:rsidR="00D37A3B" w:rsidRPr="000C65F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D33AF" w14:textId="77777777" w:rsidR="002631D3" w:rsidRDefault="002631D3" w:rsidP="00C9008C">
      <w:pPr>
        <w:spacing w:after="0" w:line="240" w:lineRule="auto"/>
      </w:pPr>
      <w:r>
        <w:separator/>
      </w:r>
    </w:p>
  </w:endnote>
  <w:endnote w:type="continuationSeparator" w:id="0">
    <w:p w14:paraId="08600AB6" w14:textId="77777777" w:rsidR="002631D3" w:rsidRDefault="002631D3" w:rsidP="00C90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78906" w14:textId="77777777" w:rsidR="002631D3" w:rsidRDefault="002631D3" w:rsidP="00C9008C">
      <w:pPr>
        <w:spacing w:after="0" w:line="240" w:lineRule="auto"/>
      </w:pPr>
      <w:r>
        <w:separator/>
      </w:r>
    </w:p>
  </w:footnote>
  <w:footnote w:type="continuationSeparator" w:id="0">
    <w:p w14:paraId="12DDFB44" w14:textId="77777777" w:rsidR="002631D3" w:rsidRDefault="002631D3" w:rsidP="00C900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5622"/>
    <w:rsid w:val="000C65F2"/>
    <w:rsid w:val="0015074B"/>
    <w:rsid w:val="002631D3"/>
    <w:rsid w:val="0029639D"/>
    <w:rsid w:val="00326F90"/>
    <w:rsid w:val="004D390F"/>
    <w:rsid w:val="00665162"/>
    <w:rsid w:val="00701583"/>
    <w:rsid w:val="00767C49"/>
    <w:rsid w:val="00824BE6"/>
    <w:rsid w:val="00845993"/>
    <w:rsid w:val="009F17F0"/>
    <w:rsid w:val="00AA1D8D"/>
    <w:rsid w:val="00B47730"/>
    <w:rsid w:val="00BD5BFF"/>
    <w:rsid w:val="00C9008C"/>
    <w:rsid w:val="00CB0664"/>
    <w:rsid w:val="00D37A3B"/>
    <w:rsid w:val="00E8710F"/>
    <w:rsid w:val="00EC1DE1"/>
    <w:rsid w:val="00F569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4C2CC2"/>
  <w14:defaultImageDpi w14:val="300"/>
  <w15:docId w15:val="{8E5CC25D-880F-4A0A-AB5D-1AA35FCD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hAnsi="맑은 고딕"/>
      <w:color w:val="333333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2026-10-14T07:39:00Z</dcterms:created>
  <dcterms:modified xsi:type="dcterms:W3CDTF">2026-10-15T06:56:00Z</dcterms:modified>
  <cp:category/>
</cp:coreProperties>
</file>